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6a5be2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4: אוכלוסייה במרחב משתנה · חוברת קטנה</w:t>
      </w:r>
    </w:p>
    <w:p>
      <w:pPr>
        <w:pStyle w:val="Title"/>
        <w:bidi w:val="1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פירמידת גילים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ople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8"/>
          <w:rtl w:val="1"/>
          <w:bCs/>
          <w:szCs w:val="28"/>
        </w:rPr>
        <w:t>ציור אחד שמספר אם מדינה צעירה או מזדקנת – בואו לקרוא אותו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פירמידת גילים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ציור שמראה כמה ילדים, מבוגרים וזקנים יש.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פירמידה עם בסיס רחב של מדינה צעירה.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אוכלוסייה צעירה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יש הרבה ילדים ומעט זקנים.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מדינות רבות באפריקה.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אוכלוסייה מזדקנת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יש מעט ילדים והרבה זקנים.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יפן, איטליה וגרמניה.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אוכלוסייה תומכת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המבוגרים שעובדים ומפרנסים.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הורים שעובדים ומשלמים מסים.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אוכלוסייה נתמכת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ילדים וזקנים שצריכים עזרה.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תלמידי בית ספר וסבים בפנסיה.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גיל פרישה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הגיל שבו מפסיקים לעבוד.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סבא שיצא לפנסיה.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קצבה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כסף שמקבלים כל חודש לעזרה.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קצבת זקנה שמקבלים בכל חודש.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עידוד ילודה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המדינה עוזרת למשפחות שיהיו להן ילדים.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מענק כסף על לידת תינוק.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6"/>
          <w:rtl w:val="1"/>
          <w:bCs/>
          <w:szCs w:val="26"/>
        </w:rPr>
        <w:t>ציור של מדינה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מסדרים את כל האנשים במדינה לפי הגיל. הילדים למטה והזקנים למעלה. הגברים בצד אחד והנשים בצד השני. הציור נקרא פירמידת גילים.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אם יש הרבה ילדים, הבסיס רחב. זו מדינה צעירה. אם יש הרבה זקנים, הקומות העליונות רחבות. זו מדינה מזדקנת.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המבוגרים עובדים ומפרנסים. הם האוכלוסייה התומכת. הילדים והזקנים צריכים עזרה. הם האוכלוסייה הנתמכת. כל מדינה צריכה לדאוג לכולם.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פירמידת גילים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יש הרבה ילדים ומעט זקנים.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אוכלוסייה צעירה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יש מעט ילדים והרבה זקנים.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אוכלוסייה מזדקנת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המבוגרים שעובדים ומפרנסים.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אוכלוסייה תומכת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ילדים וזקנים שצריכים עזרה.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אוכלוסייה נתמכת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ציור שמראה כמה ילדים, מבוגרים וזקנים יש.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עידוד ילודה   ·   גיל פרישה   ·   קצבה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מענק כסף על לידת תינוק.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קצבת זקנה שמקבלים בכל חודש.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סבא שיצא לפנסיה.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מי נמצא בבסיס של פירמידת הגילים?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הזקנים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הילדים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רק הנשים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רק הגברים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איך נראית פירמידה של מדינה צעירה?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בסיס רחב וקודקוד צר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בסיס צר וקודקוד רחב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מלבן ישר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עיגול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מי שייך לאוכלוסייה התומכת?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תינוקות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ילדי גן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המבוגרים שעובדים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זקנים בפנסיה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מי שייך לאוכלוסייה הנתמכת?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רק רופאים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רק מורים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רק עובדים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ילדים וזקנים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מה צריכה מדינה עם הרבה ילדים?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הרבה בתי ספר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הרבה בתי אבות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מעט גנים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פחות מורים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בפירמידת גילים הזקנים נמצאים למעלה.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במדינה מזדקנת יש הרבה ילדים ומעט זקנים.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ילדים הם חלק מהאוכלוסייה הנתמכת.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מדינה עם הרבה זקנים לא צריכה רופאים.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צריכה מדינה עם הרבה זקנים? כתבו שני דברים.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היא צריכה... וגם...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למה ההורים שעובדים נקראים תומכים?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הם נקראים תומכים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6A5BE2"/>
          <w:sz w:val="26"/>
          <w:rtl w:val="1"/>
          <w:bCs/>
          <w:szCs w:val="26"/>
        </w:rPr>
        <w:t>🎫 כרטיס יציאה – פירמידת גילים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ציירו פירמידה של מדינה צעירה.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מי שייך לאוכלוסייה התומכת?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מי שייך לאוכלוסייה הנתמכת?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פירמידת גילים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