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48"/>
          <w:rtl w:val="1"/>
          <w:bCs/>
          <w:szCs w:val="48"/>
        </w:rPr>
        <w:t xml:space="preserve">  גידול אוכלוסיית העולם</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שיעור ילודה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2. שיעור תמותה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ריבוי טבעי</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תוחלת חיים</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התפוצצות אוכלוסין</w:t>
            </w:r>
          </w:p>
        </w:tc>
        <w:tc>
          <w:tcPr>
            <w:tcW w:type="dxa" w:w="2268"/>
          </w:tcPr>
          <w:p>
            <w:pPr>
              <w:bidi w:val="1"/>
              <w:jc w:val="right"/>
            </w:pPr>
            <w:r/>
            <w:r>
              <w:rPr>
                <w:rFonts w:ascii="Assistant" w:hAnsi="Assistant" w:cs="Assistant"/>
                <w:b w:val="0"/>
                <w:sz w:val="21"/>
                <w:rtl w:val="1"/>
                <w:szCs w:val="21"/>
              </w:rPr>
              <w:t>ג</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חיסון לכל תינוק במרפאה.</w:t>
            </w:r>
          </w:p>
        </w:tc>
        <w:tc>
          <w:tcPr>
            <w:tcW w:type="dxa" w:w="2268"/>
          </w:tcPr>
          <w:p>
            <w:pPr>
              <w:bidi w:val="1"/>
              <w:jc w:val="right"/>
            </w:pPr>
            <w:r/>
            <w:r>
              <w:rPr>
                <w:rFonts w:ascii="Assistant" w:hAnsi="Assistant" w:cs="Assistant"/>
                <w:b w:val="0"/>
                <w:sz w:val="21"/>
                <w:rtl w:val="1"/>
                <w:szCs w:val="21"/>
              </w:rPr>
              <w:t>שירותי בריאות</w:t>
            </w:r>
          </w:p>
        </w:tc>
      </w:tr>
      <w:tr>
        <w:tc>
          <w:tcPr>
            <w:tcW w:type="dxa" w:w="6803"/>
          </w:tcPr>
          <w:p>
            <w:pPr>
              <w:bidi w:val="1"/>
              <w:jc w:val="right"/>
            </w:pPr>
            <w:r/>
            <w:r>
              <w:rPr>
                <w:rFonts w:ascii="Assistant" w:hAnsi="Assistant" w:cs="Assistant"/>
                <w:b w:val="0"/>
                <w:sz w:val="21"/>
                <w:rtl w:val="1"/>
                <w:szCs w:val="21"/>
              </w:rPr>
              <w:t>2. נולדו, נפטרו, הגיעו ועזבו – והתוצאה היא הגידול.</w:t>
            </w:r>
          </w:p>
        </w:tc>
        <w:tc>
          <w:tcPr>
            <w:tcW w:type="dxa" w:w="2268"/>
          </w:tcPr>
          <w:p>
            <w:pPr>
              <w:bidi w:val="1"/>
              <w:jc w:val="right"/>
            </w:pPr>
            <w:r/>
            <w:r>
              <w:rPr>
                <w:rFonts w:ascii="Assistant" w:hAnsi="Assistant" w:cs="Assistant"/>
                <w:b w:val="0"/>
                <w:sz w:val="21"/>
                <w:rtl w:val="1"/>
                <w:szCs w:val="21"/>
              </w:rPr>
              <w:t>גידול אוכלוסייה</w:t>
            </w:r>
          </w:p>
        </w:tc>
      </w:tr>
      <w:tr>
        <w:tc>
          <w:tcPr>
            <w:tcW w:type="dxa" w:w="6803"/>
          </w:tcPr>
          <w:p>
            <w:pPr>
              <w:bidi w:val="1"/>
              <w:jc w:val="right"/>
            </w:pPr>
            <w:r/>
            <w:r>
              <w:rPr>
                <w:rFonts w:ascii="Assistant" w:hAnsi="Assistant" w:cs="Assistant"/>
                <w:b w:val="0"/>
                <w:sz w:val="21"/>
                <w:rtl w:val="1"/>
                <w:szCs w:val="21"/>
              </w:rPr>
              <w:t>3. זוג שמחליט לחכות עם ילד עד סוף הלימודים.</w:t>
            </w:r>
          </w:p>
        </w:tc>
        <w:tc>
          <w:tcPr>
            <w:tcW w:type="dxa" w:w="2268"/>
          </w:tcPr>
          <w:p>
            <w:pPr>
              <w:bidi w:val="1"/>
              <w:jc w:val="right"/>
            </w:pPr>
            <w:r/>
            <w:r>
              <w:rPr>
                <w:rFonts w:ascii="Assistant" w:hAnsi="Assistant" w:cs="Assistant"/>
                <w:b w:val="0"/>
                <w:sz w:val="21"/>
                <w:rtl w:val="1"/>
                <w:szCs w:val="21"/>
              </w:rPr>
              <w:t>תכנון ילודה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כמה אנשים יש היום בעולם?</w:t>
            </w:r>
          </w:p>
        </w:tc>
        <w:tc>
          <w:tcPr>
            <w:tcW w:type="dxa" w:w="2551"/>
          </w:tcPr>
          <w:p>
            <w:pPr>
              <w:bidi w:val="1"/>
              <w:jc w:val="right"/>
            </w:pPr>
            <w:r/>
            <w:r>
              <w:rPr>
                <w:rFonts w:ascii="Assistant" w:hAnsi="Assistant" w:cs="Assistant"/>
                <w:b w:val="0"/>
                <w:sz w:val="21"/>
                <w:rtl w:val="1"/>
                <w:szCs w:val="21"/>
              </w:rPr>
              <w:t>ב. יותר משמונה מיליארד</w:t>
            </w:r>
          </w:p>
        </w:tc>
        <w:tc>
          <w:tcPr>
            <w:tcW w:type="dxa" w:w="3685"/>
          </w:tcPr>
          <w:p>
            <w:pPr>
              <w:bidi w:val="1"/>
              <w:jc w:val="right"/>
            </w:pPr>
            <w:r/>
            <w:r>
              <w:rPr>
                <w:rFonts w:ascii="Assistant" w:hAnsi="Assistant" w:cs="Assistant"/>
                <w:b w:val="0"/>
                <w:sz w:val="21"/>
                <w:rtl w:val="1"/>
                <w:szCs w:val="21"/>
              </w:rPr>
              <w:t>היום יש בעולם יותר משמונה מיליארד בני אדם.</w:t>
            </w:r>
          </w:p>
        </w:tc>
      </w:tr>
      <w:tr>
        <w:tc>
          <w:tcPr>
            <w:tcW w:type="dxa" w:w="3402"/>
          </w:tcPr>
          <w:p>
            <w:pPr>
              <w:bidi w:val="1"/>
              <w:jc w:val="right"/>
            </w:pPr>
            <w:r/>
            <w:r>
              <w:rPr>
                <w:rFonts w:ascii="Assistant" w:hAnsi="Assistant" w:cs="Assistant"/>
                <w:b w:val="0"/>
                <w:sz w:val="21"/>
                <w:rtl w:val="1"/>
                <w:szCs w:val="21"/>
              </w:rPr>
              <w:t>2. מתי האוכלוסייה גדלה?</w:t>
            </w:r>
          </w:p>
        </w:tc>
        <w:tc>
          <w:tcPr>
            <w:tcW w:type="dxa" w:w="2551"/>
          </w:tcPr>
          <w:p>
            <w:pPr>
              <w:bidi w:val="1"/>
              <w:jc w:val="right"/>
            </w:pPr>
            <w:r/>
            <w:r>
              <w:rPr>
                <w:rFonts w:ascii="Assistant" w:hAnsi="Assistant" w:cs="Assistant"/>
                <w:b w:val="0"/>
                <w:sz w:val="21"/>
                <w:rtl w:val="1"/>
                <w:szCs w:val="21"/>
              </w:rPr>
              <w:t>א. כשנולדים יותר ממה שנפטרים</w:t>
            </w:r>
          </w:p>
        </w:tc>
        <w:tc>
          <w:tcPr>
            <w:tcW w:type="dxa" w:w="3685"/>
          </w:tcPr>
          <w:p>
            <w:pPr>
              <w:bidi w:val="1"/>
              <w:jc w:val="right"/>
            </w:pPr>
            <w:r/>
            <w:r>
              <w:rPr>
                <w:rFonts w:ascii="Assistant" w:hAnsi="Assistant" w:cs="Assistant"/>
                <w:b w:val="0"/>
                <w:sz w:val="21"/>
                <w:rtl w:val="1"/>
                <w:szCs w:val="21"/>
              </w:rPr>
              <w:t>אז יש ריבוי טבעי והאוכלוסייה גדלה.</w:t>
            </w:r>
          </w:p>
        </w:tc>
      </w:tr>
      <w:tr>
        <w:tc>
          <w:tcPr>
            <w:tcW w:type="dxa" w:w="3402"/>
          </w:tcPr>
          <w:p>
            <w:pPr>
              <w:bidi w:val="1"/>
              <w:jc w:val="right"/>
            </w:pPr>
            <w:r/>
            <w:r>
              <w:rPr>
                <w:rFonts w:ascii="Assistant" w:hAnsi="Assistant" w:cs="Assistant"/>
                <w:b w:val="0"/>
                <w:sz w:val="21"/>
                <w:rtl w:val="1"/>
                <w:szCs w:val="21"/>
              </w:rPr>
              <w:t>3. מה עזר לאנשים לחיות יותר שנים?</w:t>
            </w:r>
          </w:p>
        </w:tc>
        <w:tc>
          <w:tcPr>
            <w:tcW w:type="dxa" w:w="2551"/>
          </w:tcPr>
          <w:p>
            <w:pPr>
              <w:bidi w:val="1"/>
              <w:jc w:val="right"/>
            </w:pPr>
            <w:r/>
            <w:r>
              <w:rPr>
                <w:rFonts w:ascii="Assistant" w:hAnsi="Assistant" w:cs="Assistant"/>
                <w:b w:val="0"/>
                <w:sz w:val="21"/>
                <w:rtl w:val="1"/>
                <w:szCs w:val="21"/>
              </w:rPr>
              <w:t>ג. חיסונים ותרופות</w:t>
            </w:r>
          </w:p>
        </w:tc>
        <w:tc>
          <w:tcPr>
            <w:tcW w:type="dxa" w:w="3685"/>
          </w:tcPr>
          <w:p>
            <w:pPr>
              <w:bidi w:val="1"/>
              <w:jc w:val="right"/>
            </w:pPr>
            <w:r/>
            <w:r>
              <w:rPr>
                <w:rFonts w:ascii="Assistant" w:hAnsi="Assistant" w:cs="Assistant"/>
                <w:b w:val="0"/>
                <w:sz w:val="21"/>
                <w:rtl w:val="1"/>
                <w:szCs w:val="21"/>
              </w:rPr>
              <w:t>חיסונים ותרופות מצילים חיים.</w:t>
            </w:r>
          </w:p>
        </w:tc>
      </w:tr>
      <w:tr>
        <w:tc>
          <w:tcPr>
            <w:tcW w:type="dxa" w:w="3402"/>
          </w:tcPr>
          <w:p>
            <w:pPr>
              <w:bidi w:val="1"/>
              <w:jc w:val="right"/>
            </w:pPr>
            <w:r/>
            <w:r>
              <w:rPr>
                <w:rFonts w:ascii="Assistant" w:hAnsi="Assistant" w:cs="Assistant"/>
                <w:b w:val="0"/>
                <w:sz w:val="21"/>
                <w:rtl w:val="1"/>
                <w:szCs w:val="21"/>
              </w:rPr>
              <w:t>4. היכן נולדים היום הרבה ילדים?</w:t>
            </w:r>
          </w:p>
        </w:tc>
        <w:tc>
          <w:tcPr>
            <w:tcW w:type="dxa" w:w="2551"/>
          </w:tcPr>
          <w:p>
            <w:pPr>
              <w:bidi w:val="1"/>
              <w:jc w:val="right"/>
            </w:pPr>
            <w:r/>
            <w:r>
              <w:rPr>
                <w:rFonts w:ascii="Assistant" w:hAnsi="Assistant" w:cs="Assistant"/>
                <w:b w:val="0"/>
                <w:sz w:val="21"/>
                <w:rtl w:val="1"/>
                <w:szCs w:val="21"/>
              </w:rPr>
              <w:t>ד. בהרבה מדינות עניות</w:t>
            </w:r>
          </w:p>
        </w:tc>
        <w:tc>
          <w:tcPr>
            <w:tcW w:type="dxa" w:w="3685"/>
          </w:tcPr>
          <w:p>
            <w:pPr>
              <w:bidi w:val="1"/>
              <w:jc w:val="right"/>
            </w:pPr>
            <w:r/>
            <w:r>
              <w:rPr>
                <w:rFonts w:ascii="Assistant" w:hAnsi="Assistant" w:cs="Assistant"/>
                <w:b w:val="0"/>
                <w:sz w:val="21"/>
                <w:rtl w:val="1"/>
                <w:szCs w:val="21"/>
              </w:rPr>
              <w:t>במדינות פחות מפותחות הילודה עדיין גבוהה.</w:t>
            </w:r>
          </w:p>
        </w:tc>
      </w:tr>
      <w:tr>
        <w:tc>
          <w:tcPr>
            <w:tcW w:type="dxa" w:w="3402"/>
          </w:tcPr>
          <w:p>
            <w:pPr>
              <w:bidi w:val="1"/>
              <w:jc w:val="right"/>
            </w:pPr>
            <w:r/>
            <w:r>
              <w:rPr>
                <w:rFonts w:ascii="Assistant" w:hAnsi="Assistant" w:cs="Assistant"/>
                <w:b w:val="0"/>
                <w:sz w:val="21"/>
                <w:rtl w:val="1"/>
                <w:szCs w:val="21"/>
              </w:rPr>
              <w:t>5. נולדו 30 תינוקות ונפטרו 10 אנשים. מה הריבוי הטבעי?</w:t>
            </w:r>
          </w:p>
        </w:tc>
        <w:tc>
          <w:tcPr>
            <w:tcW w:type="dxa" w:w="2551"/>
          </w:tcPr>
          <w:p>
            <w:pPr>
              <w:bidi w:val="1"/>
              <w:jc w:val="right"/>
            </w:pPr>
            <w:r/>
            <w:r>
              <w:rPr>
                <w:rFonts w:ascii="Assistant" w:hAnsi="Assistant" w:cs="Assistant"/>
                <w:b w:val="0"/>
                <w:sz w:val="21"/>
                <w:rtl w:val="1"/>
                <w:szCs w:val="21"/>
              </w:rPr>
              <w:t>ב. 20</w:t>
            </w:r>
          </w:p>
        </w:tc>
        <w:tc>
          <w:tcPr>
            <w:tcW w:type="dxa" w:w="3685"/>
          </w:tcPr>
          <w:p>
            <w:pPr>
              <w:bidi w:val="1"/>
              <w:jc w:val="right"/>
            </w:pPr>
            <w:r/>
            <w:r>
              <w:rPr>
                <w:rFonts w:ascii="Assistant" w:hAnsi="Assistant" w:cs="Assistant"/>
                <w:b w:val="0"/>
                <w:sz w:val="21"/>
                <w:rtl w:val="1"/>
                <w:szCs w:val="21"/>
              </w:rPr>
              <w:t>30 פחות 10 שווה 20.</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לפני מאה שנה היו בעולם יותר אנשים מהיום.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היום יש בעולם פי ארבעה אנשים ויותר.</w:t>
            </w:r>
          </w:p>
        </w:tc>
      </w:tr>
      <w:tr>
        <w:tc>
          <w:tcPr>
            <w:tcW w:type="dxa" w:w="3969"/>
          </w:tcPr>
          <w:p>
            <w:pPr>
              <w:bidi w:val="1"/>
              <w:jc w:val="right"/>
            </w:pPr>
            <w:r/>
            <w:r>
              <w:rPr>
                <w:rFonts w:ascii="Assistant" w:hAnsi="Assistant" w:cs="Assistant"/>
                <w:b w:val="0"/>
                <w:sz w:val="21"/>
                <w:rtl w:val="1"/>
                <w:szCs w:val="21"/>
              </w:rPr>
              <w:t>2. מים נקיים עוזרים לאנשים לחיות יותר שנים.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מים נקיים מונעים מחלות.</w:t>
            </w:r>
          </w:p>
        </w:tc>
      </w:tr>
      <w:tr>
        <w:tc>
          <w:tcPr>
            <w:tcW w:type="dxa" w:w="3969"/>
          </w:tcPr>
          <w:p>
            <w:pPr>
              <w:bidi w:val="1"/>
              <w:jc w:val="right"/>
            </w:pPr>
            <w:r/>
            <w:r>
              <w:rPr>
                <w:rFonts w:ascii="Assistant" w:hAnsi="Assistant" w:cs="Assistant"/>
                <w:b w:val="0"/>
                <w:sz w:val="21"/>
                <w:rtl w:val="1"/>
                <w:szCs w:val="21"/>
              </w:rPr>
              <w:t>3. במדינות עשירות נולדים בדרך כלל הרבה מאוד ילדים בכל משפחה.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במדינות עשירות נולדים בדרך כלל מעט ילדים בכל משפחה.</w:t>
            </w:r>
          </w:p>
        </w:tc>
      </w:tr>
      <w:tr>
        <w:tc>
          <w:tcPr>
            <w:tcW w:type="dxa" w:w="3969"/>
          </w:tcPr>
          <w:p>
            <w:pPr>
              <w:bidi w:val="1"/>
              <w:jc w:val="right"/>
            </w:pPr>
            <w:r/>
            <w:r>
              <w:rPr>
                <w:rFonts w:ascii="Assistant" w:hAnsi="Assistant" w:cs="Assistant"/>
                <w:b w:val="0"/>
                <w:sz w:val="21"/>
                <w:rtl w:val="1"/>
                <w:szCs w:val="21"/>
              </w:rPr>
              <w:t>4. ריבוי טבעי הוא לידות פחות פטירות.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זו ההגדרה של ריבוי טבעי.</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שאלו במשפחה: כמה אחים ואחיות היו לסבים שלכם? כמה יש לכם? מה השתנה?</w:t>
            </w:r>
          </w:p>
        </w:tc>
        <w:tc>
          <w:tcPr>
            <w:tcW w:type="dxa" w:w="5669"/>
          </w:tcPr>
          <w:p>
            <w:pPr>
              <w:bidi w:val="1"/>
              <w:jc w:val="right"/>
            </w:pPr>
            <w:r/>
            <w:r>
              <w:rPr>
                <w:rFonts w:ascii="Assistant" w:hAnsi="Assistant" w:cs="Assistant"/>
                <w:b w:val="0"/>
                <w:sz w:val="21"/>
                <w:rtl w:val="1"/>
                <w:szCs w:val="21"/>
              </w:rPr>
              <w:t>לסבתא היו שבעה אחים. לי יש אח אחד. היום המשפחות קטנות יותר.</w:t>
            </w:r>
          </w:p>
        </w:tc>
      </w:tr>
      <w:tr>
        <w:tc>
          <w:tcPr>
            <w:tcW w:type="dxa" w:w="3969"/>
          </w:tcPr>
          <w:p>
            <w:pPr>
              <w:bidi w:val="1"/>
              <w:jc w:val="right"/>
            </w:pPr>
            <w:r/>
            <w:r>
              <w:rPr>
                <w:rFonts w:ascii="Assistant" w:hAnsi="Assistant" w:cs="Assistant"/>
                <w:b w:val="0"/>
                <w:sz w:val="21"/>
                <w:rtl w:val="1"/>
                <w:szCs w:val="21"/>
              </w:rPr>
              <w:t>2. כתבו דבר אחד שעוזר לתינוקות לגדול בריאים.</w:t>
            </w:r>
          </w:p>
        </w:tc>
        <w:tc>
          <w:tcPr>
            <w:tcW w:type="dxa" w:w="5669"/>
          </w:tcPr>
          <w:p>
            <w:pPr>
              <w:bidi w:val="1"/>
              <w:jc w:val="right"/>
            </w:pPr>
            <w:r/>
            <w:r>
              <w:rPr>
                <w:rFonts w:ascii="Assistant" w:hAnsi="Assistant" w:cs="Assistant"/>
                <w:b w:val="0"/>
                <w:sz w:val="21"/>
                <w:rtl w:val="1"/>
                <w:szCs w:val="21"/>
              </w:rPr>
              <w:t>תינוקות גדלים בריאים כי מקבלים חיסונים ויש להם מים נקיים ואוכל טוב.</w:t>
            </w:r>
          </w:p>
        </w:tc>
      </w:tr>
    </w:tbl>
    <w:p/>
    <w:p>
      <w:pPr>
        <w:bidi w:val="1"/>
        <w:spacing w:after="80"/>
        <w:jc w:val="right"/>
      </w:pPr>
      <w:r>
        <w:rPr>
          <w:rFonts w:ascii="Assistant" w:hAnsi="Assistant" w:cs="Assistant"/>
          <w:b w:val="0"/>
          <w:sz w:val="20"/>
          <w:rtl w:val="1"/>
          <w:szCs w:val="20"/>
        </w:rPr>
        <w:t>כרטיס יציאה: מהו ריבוי טבעי? · כתבו סיבה אחת לכך שהעולם גדל מהר. · כמה אנשים יש היום בעולם?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שיעור ילודה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שיעור תמותה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3. ריבוי טבעי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תוחלת חיים</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התפוצצות אוכלוסין</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6. תכנון ילודה</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חיסון לכל תינוק במרפאה.</w:t>
            </w:r>
          </w:p>
        </w:tc>
        <w:tc>
          <w:tcPr>
            <w:tcW w:type="dxa" w:w="2268"/>
          </w:tcPr>
          <w:p>
            <w:pPr>
              <w:bidi w:val="1"/>
              <w:jc w:val="right"/>
            </w:pPr>
            <w:r/>
            <w:r>
              <w:rPr>
                <w:rFonts w:ascii="Assistant" w:hAnsi="Assistant" w:cs="Assistant"/>
                <w:b w:val="0"/>
                <w:sz w:val="21"/>
                <w:rtl w:val="1"/>
                <w:szCs w:val="21"/>
              </w:rPr>
              <w:t>שירותי בריאות</w:t>
            </w:r>
          </w:p>
        </w:tc>
      </w:tr>
      <w:tr>
        <w:tc>
          <w:tcPr>
            <w:tcW w:type="dxa" w:w="6803"/>
          </w:tcPr>
          <w:p>
            <w:pPr>
              <w:bidi w:val="1"/>
              <w:jc w:val="right"/>
            </w:pPr>
            <w:r/>
            <w:r>
              <w:rPr>
                <w:rFonts w:ascii="Assistant" w:hAnsi="Assistant" w:cs="Assistant"/>
                <w:b w:val="0"/>
                <w:sz w:val="21"/>
                <w:rtl w:val="1"/>
                <w:szCs w:val="21"/>
              </w:rPr>
              <w:t>2. נולדו, נפטרו, הגיעו ועזבו – והתוצאה היא הגידול.</w:t>
            </w:r>
          </w:p>
        </w:tc>
        <w:tc>
          <w:tcPr>
            <w:tcW w:type="dxa" w:w="2268"/>
          </w:tcPr>
          <w:p>
            <w:pPr>
              <w:bidi w:val="1"/>
              <w:jc w:val="right"/>
            </w:pPr>
            <w:r/>
            <w:r>
              <w:rPr>
                <w:rFonts w:ascii="Assistant" w:hAnsi="Assistant" w:cs="Assistant"/>
                <w:b w:val="0"/>
                <w:sz w:val="21"/>
                <w:rtl w:val="1"/>
                <w:szCs w:val="21"/>
              </w:rPr>
              <w:t>גידול אוכלוסייה</w:t>
            </w:r>
          </w:p>
        </w:tc>
      </w:tr>
      <w:tr>
        <w:tc>
          <w:tcPr>
            <w:tcW w:type="dxa" w:w="6803"/>
          </w:tcPr>
          <w:p>
            <w:pPr>
              <w:bidi w:val="1"/>
              <w:jc w:val="right"/>
            </w:pPr>
            <w:r/>
            <w:r>
              <w:rPr>
                <w:rFonts w:ascii="Assistant" w:hAnsi="Assistant" w:cs="Assistant"/>
                <w:b w:val="0"/>
                <w:sz w:val="21"/>
                <w:rtl w:val="1"/>
                <w:szCs w:val="21"/>
              </w:rPr>
              <w:t>3. זוג שמחליט לחכות עם ילד עד סוף הלימודים.</w:t>
            </w:r>
          </w:p>
        </w:tc>
        <w:tc>
          <w:tcPr>
            <w:tcW w:type="dxa" w:w="2268"/>
          </w:tcPr>
          <w:p>
            <w:pPr>
              <w:bidi w:val="1"/>
              <w:jc w:val="right"/>
            </w:pPr>
            <w:r/>
            <w:r>
              <w:rPr>
                <w:rFonts w:ascii="Assistant" w:hAnsi="Assistant" w:cs="Assistant"/>
                <w:b w:val="0"/>
                <w:sz w:val="21"/>
                <w:rtl w:val="1"/>
                <w:szCs w:val="21"/>
              </w:rPr>
              <w:t>תכנון ילודה</w:t>
            </w:r>
          </w:p>
        </w:tc>
      </w:tr>
      <w:tr>
        <w:tc>
          <w:tcPr>
            <w:tcW w:type="dxa" w:w="6803"/>
          </w:tcPr>
          <w:p>
            <w:pPr>
              <w:bidi w:val="1"/>
              <w:jc w:val="right"/>
            </w:pPr>
            <w:r/>
            <w:r>
              <w:rPr>
                <w:rFonts w:ascii="Assistant" w:hAnsi="Assistant" w:cs="Assistant"/>
                <w:b w:val="0"/>
                <w:sz w:val="21"/>
                <w:rtl w:val="1"/>
                <w:szCs w:val="21"/>
              </w:rPr>
              <w:t>4. מדינות שבהן מספר התושבים מכפיל את עצמו מהר.</w:t>
            </w:r>
          </w:p>
        </w:tc>
        <w:tc>
          <w:tcPr>
            <w:tcW w:type="dxa" w:w="2268"/>
          </w:tcPr>
          <w:p>
            <w:pPr>
              <w:bidi w:val="1"/>
              <w:jc w:val="right"/>
            </w:pPr>
            <w:r/>
            <w:r>
              <w:rPr>
                <w:rFonts w:ascii="Assistant" w:hAnsi="Assistant" w:cs="Assistant"/>
                <w:b w:val="0"/>
                <w:sz w:val="21"/>
                <w:rtl w:val="1"/>
                <w:szCs w:val="21"/>
              </w:rPr>
              <w:t>התפוצצות אוכלוסין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במדינה נולדים 32 תינוקות ונפטרים 12 אנשים לכל 1,000 תושבים בשנה. מהו הריבוי הטבעי?</w:t>
            </w:r>
          </w:p>
        </w:tc>
        <w:tc>
          <w:tcPr>
            <w:tcW w:type="dxa" w:w="2551"/>
          </w:tcPr>
          <w:p>
            <w:pPr>
              <w:bidi w:val="1"/>
              <w:jc w:val="right"/>
            </w:pPr>
            <w:r/>
            <w:r>
              <w:rPr>
                <w:rFonts w:ascii="Assistant" w:hAnsi="Assistant" w:cs="Assistant"/>
                <w:b w:val="0"/>
                <w:sz w:val="21"/>
                <w:rtl w:val="1"/>
                <w:szCs w:val="21"/>
              </w:rPr>
              <w:t>ג. 20 לכל 1,000</w:t>
            </w:r>
          </w:p>
        </w:tc>
        <w:tc>
          <w:tcPr>
            <w:tcW w:type="dxa" w:w="3685"/>
          </w:tcPr>
          <w:p>
            <w:pPr>
              <w:bidi w:val="1"/>
              <w:jc w:val="right"/>
            </w:pPr>
            <w:r/>
            <w:r>
              <w:rPr>
                <w:rFonts w:ascii="Assistant" w:hAnsi="Assistant" w:cs="Assistant"/>
                <w:b w:val="0"/>
                <w:sz w:val="21"/>
                <w:rtl w:val="1"/>
                <w:szCs w:val="21"/>
              </w:rPr>
              <w:t>32 פחות 12 שווה 20 לכל 1,000.</w:t>
            </w:r>
          </w:p>
        </w:tc>
      </w:tr>
      <w:tr>
        <w:tc>
          <w:tcPr>
            <w:tcW w:type="dxa" w:w="3402"/>
          </w:tcPr>
          <w:p>
            <w:pPr>
              <w:bidi w:val="1"/>
              <w:jc w:val="right"/>
            </w:pPr>
            <w:r/>
            <w:r>
              <w:rPr>
                <w:rFonts w:ascii="Assistant" w:hAnsi="Assistant" w:cs="Assistant"/>
                <w:b w:val="0"/>
                <w:sz w:val="21"/>
                <w:rtl w:val="1"/>
                <w:szCs w:val="21"/>
              </w:rPr>
              <w:t>2. מה היה הגורם העיקרי לגידול המהיר של אוכלוסיית העולם?</w:t>
            </w:r>
          </w:p>
        </w:tc>
        <w:tc>
          <w:tcPr>
            <w:tcW w:type="dxa" w:w="2551"/>
          </w:tcPr>
          <w:p>
            <w:pPr>
              <w:bidi w:val="1"/>
              <w:jc w:val="right"/>
            </w:pPr>
            <w:r/>
            <w:r>
              <w:rPr>
                <w:rFonts w:ascii="Assistant" w:hAnsi="Assistant" w:cs="Assistant"/>
                <w:b w:val="0"/>
                <w:sz w:val="21"/>
                <w:rtl w:val="1"/>
                <w:szCs w:val="21"/>
              </w:rPr>
              <w:t>א. ירידה בתמותה</w:t>
            </w:r>
          </w:p>
        </w:tc>
        <w:tc>
          <w:tcPr>
            <w:tcW w:type="dxa" w:w="3685"/>
          </w:tcPr>
          <w:p>
            <w:pPr>
              <w:bidi w:val="1"/>
              <w:jc w:val="right"/>
            </w:pPr>
            <w:r/>
            <w:r>
              <w:rPr>
                <w:rFonts w:ascii="Assistant" w:hAnsi="Assistant" w:cs="Assistant"/>
                <w:b w:val="0"/>
                <w:sz w:val="21"/>
                <w:rtl w:val="1"/>
                <w:szCs w:val="21"/>
              </w:rPr>
              <w:t>חיסונים, תרופות ומים נקיים הורידו את התמותה.</w:t>
            </w:r>
          </w:p>
        </w:tc>
      </w:tr>
      <w:tr>
        <w:tc>
          <w:tcPr>
            <w:tcW w:type="dxa" w:w="3402"/>
          </w:tcPr>
          <w:p>
            <w:pPr>
              <w:bidi w:val="1"/>
              <w:jc w:val="right"/>
            </w:pPr>
            <w:r/>
            <w:r>
              <w:rPr>
                <w:rFonts w:ascii="Assistant" w:hAnsi="Assistant" w:cs="Assistant"/>
                <w:b w:val="0"/>
                <w:sz w:val="21"/>
                <w:rtl w:val="1"/>
                <w:szCs w:val="21"/>
              </w:rPr>
              <w:t>3. מהי התפוצצות אוכלוסין?</w:t>
            </w:r>
          </w:p>
        </w:tc>
        <w:tc>
          <w:tcPr>
            <w:tcW w:type="dxa" w:w="2551"/>
          </w:tcPr>
          <w:p>
            <w:pPr>
              <w:bidi w:val="1"/>
              <w:jc w:val="right"/>
            </w:pPr>
            <w:r/>
            <w:r>
              <w:rPr>
                <w:rFonts w:ascii="Assistant" w:hAnsi="Assistant" w:cs="Assistant"/>
                <w:b w:val="0"/>
                <w:sz w:val="21"/>
                <w:rtl w:val="1"/>
                <w:szCs w:val="21"/>
              </w:rPr>
              <w:t>ד. גידול מהיר כשהתמותה יורדת והילודה נשארת גבוהה</w:t>
            </w:r>
          </w:p>
        </w:tc>
        <w:tc>
          <w:tcPr>
            <w:tcW w:type="dxa" w:w="3685"/>
          </w:tcPr>
          <w:p>
            <w:pPr>
              <w:bidi w:val="1"/>
              <w:jc w:val="right"/>
            </w:pPr>
            <w:r/>
            <w:r>
              <w:rPr>
                <w:rFonts w:ascii="Assistant" w:hAnsi="Assistant" w:cs="Assistant"/>
                <w:b w:val="0"/>
                <w:sz w:val="21"/>
                <w:rtl w:val="1"/>
                <w:szCs w:val="21"/>
              </w:rPr>
              <w:t>הפער בין ילודה גבוהה לתמותה נמוכה יוצר גידול מהיר.</w:t>
            </w:r>
          </w:p>
        </w:tc>
      </w:tr>
      <w:tr>
        <w:tc>
          <w:tcPr>
            <w:tcW w:type="dxa" w:w="3402"/>
          </w:tcPr>
          <w:p>
            <w:pPr>
              <w:bidi w:val="1"/>
              <w:jc w:val="right"/>
            </w:pPr>
            <w:r/>
            <w:r>
              <w:rPr>
                <w:rFonts w:ascii="Assistant" w:hAnsi="Assistant" w:cs="Assistant"/>
                <w:b w:val="0"/>
                <w:sz w:val="21"/>
                <w:rtl w:val="1"/>
                <w:szCs w:val="21"/>
              </w:rPr>
              <w:t>4. מדוע הילודה נמוכה במדינות מפותחות?</w:t>
            </w:r>
          </w:p>
        </w:tc>
        <w:tc>
          <w:tcPr>
            <w:tcW w:type="dxa" w:w="2551"/>
          </w:tcPr>
          <w:p>
            <w:pPr>
              <w:bidi w:val="1"/>
              <w:jc w:val="right"/>
            </w:pPr>
            <w:r/>
            <w:r>
              <w:rPr>
                <w:rFonts w:ascii="Assistant" w:hAnsi="Assistant" w:cs="Assistant"/>
                <w:b w:val="0"/>
                <w:sz w:val="21"/>
                <w:rtl w:val="1"/>
                <w:szCs w:val="21"/>
              </w:rPr>
              <w:t>ב. כי גידול ילד יקר, נשים רבות עובדות ויש תכנון ילודה</w:t>
            </w:r>
          </w:p>
        </w:tc>
        <w:tc>
          <w:tcPr>
            <w:tcW w:type="dxa" w:w="3685"/>
          </w:tcPr>
          <w:p>
            <w:pPr>
              <w:bidi w:val="1"/>
              <w:jc w:val="right"/>
            </w:pPr>
            <w:r/>
            <w:r>
              <w:rPr>
                <w:rFonts w:ascii="Assistant" w:hAnsi="Assistant" w:cs="Assistant"/>
                <w:b w:val="0"/>
                <w:sz w:val="21"/>
                <w:rtl w:val="1"/>
                <w:szCs w:val="21"/>
              </w:rPr>
              <w:t>עלות, השכלה ותעסוקת נשים מובילות למשפחות קטנות.</w:t>
            </w:r>
          </w:p>
        </w:tc>
      </w:tr>
      <w:tr>
        <w:tc>
          <w:tcPr>
            <w:tcW w:type="dxa" w:w="3402"/>
          </w:tcPr>
          <w:p>
            <w:pPr>
              <w:bidi w:val="1"/>
              <w:jc w:val="right"/>
            </w:pPr>
            <w:r/>
            <w:r>
              <w:rPr>
                <w:rFonts w:ascii="Assistant" w:hAnsi="Assistant" w:cs="Assistant"/>
                <w:b w:val="0"/>
                <w:sz w:val="21"/>
                <w:rtl w:val="1"/>
                <w:szCs w:val="21"/>
              </w:rPr>
              <w:t>5. מה קרה לתוחלת החיים בעולם מאז 1960?</w:t>
            </w:r>
          </w:p>
        </w:tc>
        <w:tc>
          <w:tcPr>
            <w:tcW w:type="dxa" w:w="2551"/>
          </w:tcPr>
          <w:p>
            <w:pPr>
              <w:bidi w:val="1"/>
              <w:jc w:val="right"/>
            </w:pPr>
            <w:r/>
            <w:r>
              <w:rPr>
                <w:rFonts w:ascii="Assistant" w:hAnsi="Assistant" w:cs="Assistant"/>
                <w:b w:val="0"/>
                <w:sz w:val="21"/>
                <w:rtl w:val="1"/>
                <w:szCs w:val="21"/>
              </w:rPr>
              <w:t>ג. עלתה מכ-51 לכ-73 שנים</w:t>
            </w:r>
          </w:p>
        </w:tc>
        <w:tc>
          <w:tcPr>
            <w:tcW w:type="dxa" w:w="3685"/>
          </w:tcPr>
          <w:p>
            <w:pPr>
              <w:bidi w:val="1"/>
              <w:jc w:val="right"/>
            </w:pPr>
            <w:r/>
            <w:r>
              <w:rPr>
                <w:rFonts w:ascii="Assistant" w:hAnsi="Assistant" w:cs="Assistant"/>
                <w:b w:val="0"/>
                <w:sz w:val="21"/>
                <w:rtl w:val="1"/>
                <w:szCs w:val="21"/>
              </w:rPr>
              <w:t>שיפור בבריאות ובתזונה האריך את החיים.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במשך אלפי שנים אוכלוסיית העולם גדלה מהר מאוד.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במשך אלפי שנים היא גדלה לאט, בגלל תמותה גבוהה.</w:t>
            </w:r>
          </w:p>
        </w:tc>
      </w:tr>
      <w:tr>
        <w:tc>
          <w:tcPr>
            <w:tcW w:type="dxa" w:w="3969"/>
          </w:tcPr>
          <w:p>
            <w:pPr>
              <w:bidi w:val="1"/>
              <w:jc w:val="right"/>
            </w:pPr>
            <w:r/>
            <w:r>
              <w:rPr>
                <w:rFonts w:ascii="Assistant" w:hAnsi="Assistant" w:cs="Assistant"/>
                <w:b w:val="0"/>
                <w:sz w:val="21"/>
                <w:rtl w:val="1"/>
                <w:szCs w:val="21"/>
              </w:rPr>
              <w:t>2. במדינות מסוימות נפטרים בשנה יותר אנשים משנולדים.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ובהן האוכלוסייה מתחילה לקטון.</w:t>
            </w:r>
          </w:p>
        </w:tc>
      </w:tr>
      <w:tr>
        <w:tc>
          <w:tcPr>
            <w:tcW w:type="dxa" w:w="3969"/>
          </w:tcPr>
          <w:p>
            <w:pPr>
              <w:bidi w:val="1"/>
              <w:jc w:val="right"/>
            </w:pPr>
            <w:r/>
            <w:r>
              <w:rPr>
                <w:rFonts w:ascii="Assistant" w:hAnsi="Assistant" w:cs="Assistant"/>
                <w:b w:val="0"/>
                <w:sz w:val="21"/>
                <w:rtl w:val="1"/>
                <w:szCs w:val="21"/>
              </w:rPr>
              <w:t>3. הילודה בעולם ירדה מהר יותר מהתמותה.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הילודה ירדה לאט יותר מהתמותה, ולכן האוכלוסייה גדלה.</w:t>
            </w:r>
          </w:p>
        </w:tc>
      </w:tr>
      <w:tr>
        <w:tc>
          <w:tcPr>
            <w:tcW w:type="dxa" w:w="3969"/>
          </w:tcPr>
          <w:p>
            <w:pPr>
              <w:bidi w:val="1"/>
              <w:jc w:val="right"/>
            </w:pPr>
            <w:r/>
            <w:r>
              <w:rPr>
                <w:rFonts w:ascii="Assistant" w:hAnsi="Assistant" w:cs="Assistant"/>
                <w:b w:val="0"/>
                <w:sz w:val="21"/>
                <w:rtl w:val="1"/>
                <w:szCs w:val="21"/>
              </w:rPr>
              <w:t>4. ביוב ומים נקיים הם חלק מהסיבות לירידה בתמותה.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הם מונעים מחלות שמועברות במים.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הסבירו מדוע האוכלוסייה גדלה מהר דווקא כשהתמותה יורדת, גם אם הילודה לא עולה.</w:t>
            </w:r>
          </w:p>
        </w:tc>
        <w:tc>
          <w:tcPr>
            <w:tcW w:type="dxa" w:w="5669"/>
          </w:tcPr>
          <w:p>
            <w:pPr>
              <w:bidi w:val="1"/>
              <w:jc w:val="right"/>
            </w:pPr>
            <w:r/>
            <w:r>
              <w:rPr>
                <w:rFonts w:ascii="Assistant" w:hAnsi="Assistant" w:cs="Assistant"/>
                <w:b w:val="0"/>
                <w:sz w:val="21"/>
                <w:rtl w:val="1"/>
                <w:szCs w:val="21"/>
              </w:rPr>
              <w:t>הריבוי הטבעי הוא ילודה פחות תמותה. אם הילודה נשארת גבוהה והתמותה יורדת, ההפרש גדל, ולכן בכל שנה נוספים יותר אנשים.</w:t>
            </w:r>
          </w:p>
        </w:tc>
      </w:tr>
      <w:tr>
        <w:tc>
          <w:tcPr>
            <w:tcW w:type="dxa" w:w="3969"/>
          </w:tcPr>
          <w:p>
            <w:pPr>
              <w:bidi w:val="1"/>
              <w:jc w:val="right"/>
            </w:pPr>
            <w:r/>
            <w:r>
              <w:rPr>
                <w:rFonts w:ascii="Assistant" w:hAnsi="Assistant" w:cs="Assistant"/>
                <w:b w:val="0"/>
                <w:sz w:val="21"/>
                <w:rtl w:val="1"/>
                <w:szCs w:val="21"/>
              </w:rPr>
              <w:t>2. השוו בין גידול האוכלוסייה במדינה מפותחת לגידול במדינה פחות מפותחת. ציינו סיבה אחת לכל אחת.</w:t>
            </w:r>
          </w:p>
        </w:tc>
        <w:tc>
          <w:tcPr>
            <w:tcW w:type="dxa" w:w="5669"/>
          </w:tcPr>
          <w:p>
            <w:pPr>
              <w:bidi w:val="1"/>
              <w:jc w:val="right"/>
            </w:pPr>
            <w:r/>
            <w:r>
              <w:rPr>
                <w:rFonts w:ascii="Assistant" w:hAnsi="Assistant" w:cs="Assistant"/>
                <w:b w:val="0"/>
                <w:sz w:val="21"/>
                <w:rtl w:val="1"/>
                <w:szCs w:val="21"/>
              </w:rPr>
              <w:t>במדינה מפותחת הגידול איטי כי גידול ילדים יקר ויש תכנון ילודה. במדינה פחות מפותחת הגידול מהיר כי התמותה ירדה אבל משפחות עדיין גדולות, למשל כדי לעזור בעבודה.</w:t>
            </w:r>
          </w:p>
        </w:tc>
      </w:tr>
      <w:tr>
        <w:tc>
          <w:tcPr>
            <w:tcW w:type="dxa" w:w="3969"/>
          </w:tcPr>
          <w:p>
            <w:pPr>
              <w:bidi w:val="1"/>
              <w:jc w:val="right"/>
            </w:pPr>
            <w:r/>
            <w:r>
              <w:rPr>
                <w:rFonts w:ascii="Assistant" w:hAnsi="Assistant" w:cs="Assistant"/>
                <w:b w:val="0"/>
                <w:sz w:val="21"/>
                <w:rtl w:val="1"/>
                <w:szCs w:val="21"/>
              </w:rPr>
              <w:t>3. חשבו: במדינה הילודה 18 לכל 1,000 והתמותה 9 לכל 1,000. מהו הריבוי הטבעי? האם המדינה גדלה מהר או לאט?</w:t>
            </w:r>
          </w:p>
        </w:tc>
        <w:tc>
          <w:tcPr>
            <w:tcW w:type="dxa" w:w="5669"/>
          </w:tcPr>
          <w:p>
            <w:pPr>
              <w:bidi w:val="1"/>
              <w:jc w:val="right"/>
            </w:pPr>
            <w:r/>
            <w:r>
              <w:rPr>
                <w:rFonts w:ascii="Assistant" w:hAnsi="Assistant" w:cs="Assistant"/>
                <w:b w:val="0"/>
                <w:sz w:val="21"/>
                <w:rtl w:val="1"/>
                <w:szCs w:val="21"/>
              </w:rPr>
              <w:t>18 פחות 9 = 9 לכל 1,000, כלומר כ-0.9% בשנה. זה גידול בינוני-איטי.</w:t>
            </w:r>
          </w:p>
        </w:tc>
      </w:tr>
    </w:tbl>
    <w:p/>
    <w:p>
      <w:pPr>
        <w:bidi w:val="1"/>
        <w:spacing w:after="80"/>
        <w:jc w:val="right"/>
      </w:pPr>
      <w:r>
        <w:rPr>
          <w:rFonts w:ascii="Assistant" w:hAnsi="Assistant" w:cs="Assistant"/>
          <w:b w:val="0"/>
          <w:sz w:val="20"/>
          <w:rtl w:val="1"/>
          <w:szCs w:val="20"/>
        </w:rPr>
        <w:t>כרטיס יציאה: כתבו את נוסחת הריבוי הטבעי. · מה הגורם העיקרי לגידול המהיר במאה האחרונה? · מהי תוחלת חיים?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שיעור ילודה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2. שיעור תמותה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3. ריבוי טבעי</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תוחלת חיים</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5. התפוצצות אוכלוסין</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6. תכנון ילודה</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7. גידול אוכלוסייה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8. שירותי בריאות</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חיסון לכל תינוק במרפאה.</w:t>
            </w:r>
          </w:p>
        </w:tc>
        <w:tc>
          <w:tcPr>
            <w:tcW w:type="dxa" w:w="2268"/>
          </w:tcPr>
          <w:p>
            <w:pPr>
              <w:bidi w:val="1"/>
              <w:jc w:val="right"/>
            </w:pPr>
            <w:r/>
            <w:r>
              <w:rPr>
                <w:rFonts w:ascii="Assistant" w:hAnsi="Assistant" w:cs="Assistant"/>
                <w:b w:val="0"/>
                <w:sz w:val="21"/>
                <w:rtl w:val="1"/>
                <w:szCs w:val="21"/>
              </w:rPr>
              <w:t>שירותי בריאות</w:t>
            </w:r>
          </w:p>
        </w:tc>
      </w:tr>
      <w:tr>
        <w:tc>
          <w:tcPr>
            <w:tcW w:type="dxa" w:w="6803"/>
          </w:tcPr>
          <w:p>
            <w:pPr>
              <w:bidi w:val="1"/>
              <w:jc w:val="right"/>
            </w:pPr>
            <w:r/>
            <w:r>
              <w:rPr>
                <w:rFonts w:ascii="Assistant" w:hAnsi="Assistant" w:cs="Assistant"/>
                <w:b w:val="0"/>
                <w:sz w:val="21"/>
                <w:rtl w:val="1"/>
                <w:szCs w:val="21"/>
              </w:rPr>
              <w:t>2. נולדו, נפטרו, הגיעו ועזבו – והתוצאה היא הגידול.</w:t>
            </w:r>
          </w:p>
        </w:tc>
        <w:tc>
          <w:tcPr>
            <w:tcW w:type="dxa" w:w="2268"/>
          </w:tcPr>
          <w:p>
            <w:pPr>
              <w:bidi w:val="1"/>
              <w:jc w:val="right"/>
            </w:pPr>
            <w:r/>
            <w:r>
              <w:rPr>
                <w:rFonts w:ascii="Assistant" w:hAnsi="Assistant" w:cs="Assistant"/>
                <w:b w:val="0"/>
                <w:sz w:val="21"/>
                <w:rtl w:val="1"/>
                <w:szCs w:val="21"/>
              </w:rPr>
              <w:t>גידול אוכלוסייה</w:t>
            </w:r>
          </w:p>
        </w:tc>
      </w:tr>
      <w:tr>
        <w:tc>
          <w:tcPr>
            <w:tcW w:type="dxa" w:w="6803"/>
          </w:tcPr>
          <w:p>
            <w:pPr>
              <w:bidi w:val="1"/>
              <w:jc w:val="right"/>
            </w:pPr>
            <w:r/>
            <w:r>
              <w:rPr>
                <w:rFonts w:ascii="Assistant" w:hAnsi="Assistant" w:cs="Assistant"/>
                <w:b w:val="0"/>
                <w:sz w:val="21"/>
                <w:rtl w:val="1"/>
                <w:szCs w:val="21"/>
              </w:rPr>
              <w:t>3. זוג שמחליט לחכות עם ילד עד סוף הלימודים.</w:t>
            </w:r>
          </w:p>
        </w:tc>
        <w:tc>
          <w:tcPr>
            <w:tcW w:type="dxa" w:w="2268"/>
          </w:tcPr>
          <w:p>
            <w:pPr>
              <w:bidi w:val="1"/>
              <w:jc w:val="right"/>
            </w:pPr>
            <w:r/>
            <w:r>
              <w:rPr>
                <w:rFonts w:ascii="Assistant" w:hAnsi="Assistant" w:cs="Assistant"/>
                <w:b w:val="0"/>
                <w:sz w:val="21"/>
                <w:rtl w:val="1"/>
                <w:szCs w:val="21"/>
              </w:rPr>
              <w:t>תכנון ילודה</w:t>
            </w:r>
          </w:p>
        </w:tc>
      </w:tr>
      <w:tr>
        <w:tc>
          <w:tcPr>
            <w:tcW w:type="dxa" w:w="6803"/>
          </w:tcPr>
          <w:p>
            <w:pPr>
              <w:bidi w:val="1"/>
              <w:jc w:val="right"/>
            </w:pPr>
            <w:r/>
            <w:r>
              <w:rPr>
                <w:rFonts w:ascii="Assistant" w:hAnsi="Assistant" w:cs="Assistant"/>
                <w:b w:val="0"/>
                <w:sz w:val="21"/>
                <w:rtl w:val="1"/>
                <w:szCs w:val="21"/>
              </w:rPr>
              <w:t>4. מדינות שבהן מספר התושבים מכפיל את עצמו מהר.</w:t>
            </w:r>
          </w:p>
        </w:tc>
        <w:tc>
          <w:tcPr>
            <w:tcW w:type="dxa" w:w="2268"/>
          </w:tcPr>
          <w:p>
            <w:pPr>
              <w:bidi w:val="1"/>
              <w:jc w:val="right"/>
            </w:pPr>
            <w:r/>
            <w:r>
              <w:rPr>
                <w:rFonts w:ascii="Assistant" w:hAnsi="Assistant" w:cs="Assistant"/>
                <w:b w:val="0"/>
                <w:sz w:val="21"/>
                <w:rtl w:val="1"/>
                <w:szCs w:val="21"/>
              </w:rPr>
              <w:t>התפוצצות אוכלוסין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לפי הקטע, מה מאפיין את גרף אוכלוסיית העולם לאורך ההיסטוריה?</w:t>
            </w:r>
          </w:p>
        </w:tc>
        <w:tc>
          <w:tcPr>
            <w:tcW w:type="dxa" w:w="2551"/>
          </w:tcPr>
          <w:p>
            <w:pPr>
              <w:bidi w:val="1"/>
              <w:jc w:val="right"/>
            </w:pPr>
            <w:r/>
            <w:r>
              <w:rPr>
                <w:rFonts w:ascii="Assistant" w:hAnsi="Assistant" w:cs="Assistant"/>
                <w:b w:val="0"/>
                <w:sz w:val="21"/>
                <w:rtl w:val="1"/>
                <w:szCs w:val="21"/>
              </w:rPr>
              <w:t>ג. קו כמעט שטוח שמזנק במאתיים השנים האחרונות</w:t>
            </w:r>
          </w:p>
        </w:tc>
        <w:tc>
          <w:tcPr>
            <w:tcW w:type="dxa" w:w="3685"/>
          </w:tcPr>
          <w:p>
            <w:pPr>
              <w:bidi w:val="1"/>
              <w:jc w:val="right"/>
            </w:pPr>
            <w:r/>
            <w:r>
              <w:rPr>
                <w:rFonts w:ascii="Assistant" w:hAnsi="Assistant" w:cs="Assistant"/>
                <w:b w:val="0"/>
                <w:sz w:val="21"/>
                <w:rtl w:val="1"/>
                <w:szCs w:val="21"/>
              </w:rPr>
              <w:t>הגידול היה איטי מאוד עד העת החדשה ואז זינק.</w:t>
            </w:r>
          </w:p>
        </w:tc>
      </w:tr>
      <w:tr>
        <w:tc>
          <w:tcPr>
            <w:tcW w:type="dxa" w:w="3402"/>
          </w:tcPr>
          <w:p>
            <w:pPr>
              <w:bidi w:val="1"/>
              <w:jc w:val="right"/>
            </w:pPr>
            <w:r/>
            <w:r>
              <w:rPr>
                <w:rFonts w:ascii="Assistant" w:hAnsi="Assistant" w:cs="Assistant"/>
                <w:b w:val="0"/>
                <w:sz w:val="21"/>
                <w:rtl w:val="1"/>
                <w:szCs w:val="21"/>
              </w:rPr>
              <w:t>2. מדוע הילודה משתנה לאט יותר מהתמותה?</w:t>
            </w:r>
          </w:p>
        </w:tc>
        <w:tc>
          <w:tcPr>
            <w:tcW w:type="dxa" w:w="2551"/>
          </w:tcPr>
          <w:p>
            <w:pPr>
              <w:bidi w:val="1"/>
              <w:jc w:val="right"/>
            </w:pPr>
            <w:r/>
            <w:r>
              <w:rPr>
                <w:rFonts w:ascii="Assistant" w:hAnsi="Assistant" w:cs="Assistant"/>
                <w:b w:val="0"/>
                <w:sz w:val="21"/>
                <w:rtl w:val="1"/>
                <w:szCs w:val="21"/>
              </w:rPr>
              <w:t>א. כי היא תלויה במנהגים, בערכים ובכלכלה</w:t>
            </w:r>
          </w:p>
        </w:tc>
        <w:tc>
          <w:tcPr>
            <w:tcW w:type="dxa" w:w="3685"/>
          </w:tcPr>
          <w:p>
            <w:pPr>
              <w:bidi w:val="1"/>
              <w:jc w:val="right"/>
            </w:pPr>
            <w:r/>
            <w:r>
              <w:rPr>
                <w:rFonts w:ascii="Assistant" w:hAnsi="Assistant" w:cs="Assistant"/>
                <w:b w:val="0"/>
                <w:sz w:val="21"/>
                <w:rtl w:val="1"/>
                <w:szCs w:val="21"/>
              </w:rPr>
              <w:t>שינוי במנהגים ובמבנה המשפחה דורש זמן.</w:t>
            </w:r>
          </w:p>
        </w:tc>
      </w:tr>
      <w:tr>
        <w:tc>
          <w:tcPr>
            <w:tcW w:type="dxa" w:w="3402"/>
          </w:tcPr>
          <w:p>
            <w:pPr>
              <w:bidi w:val="1"/>
              <w:jc w:val="right"/>
            </w:pPr>
            <w:r/>
            <w:r>
              <w:rPr>
                <w:rFonts w:ascii="Assistant" w:hAnsi="Assistant" w:cs="Assistant"/>
                <w:b w:val="0"/>
                <w:sz w:val="21"/>
                <w:rtl w:val="1"/>
                <w:szCs w:val="21"/>
              </w:rPr>
              <w:t>3. ריבוי טבעי של 22 לכל 1,000 פירושו בקירוב:</w:t>
            </w:r>
          </w:p>
        </w:tc>
        <w:tc>
          <w:tcPr>
            <w:tcW w:type="dxa" w:w="2551"/>
          </w:tcPr>
          <w:p>
            <w:pPr>
              <w:bidi w:val="1"/>
              <w:jc w:val="right"/>
            </w:pPr>
            <w:r/>
            <w:r>
              <w:rPr>
                <w:rFonts w:ascii="Assistant" w:hAnsi="Assistant" w:cs="Assistant"/>
                <w:b w:val="0"/>
                <w:sz w:val="21"/>
                <w:rtl w:val="1"/>
                <w:szCs w:val="21"/>
              </w:rPr>
              <w:t>ד. 2.2% בשנה</w:t>
            </w:r>
          </w:p>
        </w:tc>
        <w:tc>
          <w:tcPr>
            <w:tcW w:type="dxa" w:w="3685"/>
          </w:tcPr>
          <w:p>
            <w:pPr>
              <w:bidi w:val="1"/>
              <w:jc w:val="right"/>
            </w:pPr>
            <w:r/>
            <w:r>
              <w:rPr>
                <w:rFonts w:ascii="Assistant" w:hAnsi="Assistant" w:cs="Assistant"/>
                <w:b w:val="0"/>
                <w:sz w:val="21"/>
                <w:rtl w:val="1"/>
                <w:szCs w:val="21"/>
              </w:rPr>
              <w:t>22 לכל 1,000 שווה 2.2 לכל 100.</w:t>
            </w:r>
          </w:p>
        </w:tc>
      </w:tr>
      <w:tr>
        <w:tc>
          <w:tcPr>
            <w:tcW w:type="dxa" w:w="3402"/>
          </w:tcPr>
          <w:p>
            <w:pPr>
              <w:bidi w:val="1"/>
              <w:jc w:val="right"/>
            </w:pPr>
            <w:r/>
            <w:r>
              <w:rPr>
                <w:rFonts w:ascii="Assistant" w:hAnsi="Assistant" w:cs="Assistant"/>
                <w:b w:val="0"/>
                <w:sz w:val="21"/>
                <w:rtl w:val="1"/>
                <w:szCs w:val="21"/>
              </w:rPr>
              <w:t>4. מה ההבדל המרכזי בין ניז׳ר ליפן לפי מקרה הבוחן?</w:t>
            </w:r>
          </w:p>
        </w:tc>
        <w:tc>
          <w:tcPr>
            <w:tcW w:type="dxa" w:w="2551"/>
          </w:tcPr>
          <w:p>
            <w:pPr>
              <w:bidi w:val="1"/>
              <w:jc w:val="right"/>
            </w:pPr>
            <w:r/>
            <w:r>
              <w:rPr>
                <w:rFonts w:ascii="Assistant" w:hAnsi="Assistant" w:cs="Assistant"/>
                <w:b w:val="0"/>
                <w:sz w:val="21"/>
                <w:rtl w:val="1"/>
                <w:szCs w:val="21"/>
              </w:rPr>
              <w:t>ב. ניז׳ר בשלב של ילודה גבוהה ויפן בשלב של ילודה נמוכה ואוכלוסייה קטנה</w:t>
            </w:r>
          </w:p>
        </w:tc>
        <w:tc>
          <w:tcPr>
            <w:tcW w:type="dxa" w:w="3685"/>
          </w:tcPr>
          <w:p>
            <w:pPr>
              <w:bidi w:val="1"/>
              <w:jc w:val="right"/>
            </w:pPr>
            <w:r/>
            <w:r>
              <w:rPr>
                <w:rFonts w:ascii="Assistant" w:hAnsi="Assistant" w:cs="Assistant"/>
                <w:b w:val="0"/>
                <w:sz w:val="21"/>
                <w:rtl w:val="1"/>
                <w:szCs w:val="21"/>
              </w:rPr>
              <w:t>שתיהן בשלבים שונים של אותו מעבר דמוגרפי.</w:t>
            </w:r>
          </w:p>
        </w:tc>
      </w:tr>
      <w:tr>
        <w:tc>
          <w:tcPr>
            <w:tcW w:type="dxa" w:w="3402"/>
          </w:tcPr>
          <w:p>
            <w:pPr>
              <w:bidi w:val="1"/>
              <w:jc w:val="right"/>
            </w:pPr>
            <w:r/>
            <w:r>
              <w:rPr>
                <w:rFonts w:ascii="Assistant" w:hAnsi="Assistant" w:cs="Assistant"/>
                <w:b w:val="0"/>
                <w:sz w:val="21"/>
                <w:rtl w:val="1"/>
                <w:szCs w:val="21"/>
              </w:rPr>
              <w:t>5. איזו בעיה חברתית מתעוררת במדינות שאוכלוסייתן מזדקנת?</w:t>
            </w:r>
          </w:p>
        </w:tc>
        <w:tc>
          <w:tcPr>
            <w:tcW w:type="dxa" w:w="2551"/>
          </w:tcPr>
          <w:p>
            <w:pPr>
              <w:bidi w:val="1"/>
              <w:jc w:val="right"/>
            </w:pPr>
            <w:r/>
            <w:r>
              <w:rPr>
                <w:rFonts w:ascii="Assistant" w:hAnsi="Assistant" w:cs="Assistant"/>
                <w:b w:val="0"/>
                <w:sz w:val="21"/>
                <w:rtl w:val="1"/>
                <w:szCs w:val="21"/>
              </w:rPr>
              <w:t>ג. פחות עובדים צעירים ויותר קשישים</w:t>
            </w:r>
          </w:p>
        </w:tc>
        <w:tc>
          <w:tcPr>
            <w:tcW w:type="dxa" w:w="3685"/>
          </w:tcPr>
          <w:p>
            <w:pPr>
              <w:bidi w:val="1"/>
              <w:jc w:val="right"/>
            </w:pPr>
            <w:r/>
            <w:r>
              <w:rPr>
                <w:rFonts w:ascii="Assistant" w:hAnsi="Assistant" w:cs="Assistant"/>
                <w:b w:val="0"/>
                <w:sz w:val="21"/>
                <w:rtl w:val="1"/>
                <w:szCs w:val="21"/>
              </w:rPr>
              <w:t>מעט צעירים צריכים לפרנס ולטפל בהרבה קשישים.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גידול האוכלוסייה הכולל כולל גם את מאזן ההגירה.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גידול כולל = ריבוי טבעי + מאזן הגירה.</w:t>
            </w:r>
          </w:p>
        </w:tc>
      </w:tr>
      <w:tr>
        <w:tc>
          <w:tcPr>
            <w:tcW w:type="dxa" w:w="3969"/>
          </w:tcPr>
          <w:p>
            <w:pPr>
              <w:bidi w:val="1"/>
              <w:jc w:val="right"/>
            </w:pPr>
            <w:r/>
            <w:r>
              <w:rPr>
                <w:rFonts w:ascii="Assistant" w:hAnsi="Assistant" w:cs="Assistant"/>
                <w:b w:val="0"/>
                <w:sz w:val="21"/>
                <w:rtl w:val="1"/>
                <w:szCs w:val="21"/>
              </w:rPr>
              <w:t>2. הירידה בתמותת התינוקות לא השפיעה על גידול האוכלוסייה.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השפיעה מאוד: יותר ילדים שרדו והגיעו לבגרות.</w:t>
            </w:r>
          </w:p>
        </w:tc>
      </w:tr>
      <w:tr>
        <w:tc>
          <w:tcPr>
            <w:tcW w:type="dxa" w:w="3969"/>
          </w:tcPr>
          <w:p>
            <w:pPr>
              <w:bidi w:val="1"/>
              <w:jc w:val="right"/>
            </w:pPr>
            <w:r/>
            <w:r>
              <w:rPr>
                <w:rFonts w:ascii="Assistant" w:hAnsi="Assistant" w:cs="Assistant"/>
                <w:b w:val="0"/>
                <w:sz w:val="21"/>
                <w:rtl w:val="1"/>
                <w:szCs w:val="21"/>
              </w:rPr>
              <w:t>3. בחלק מהמדינות המפותחות ממוצע הילדים לאישה נמוך מהרמה הנדרשת לשמירה על גודל האוכלוסייה.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ולכן האוכלוסייה בהן מזדקנת ואף קטנה.</w:t>
            </w:r>
          </w:p>
        </w:tc>
      </w:tr>
      <w:tr>
        <w:tc>
          <w:tcPr>
            <w:tcW w:type="dxa" w:w="3969"/>
          </w:tcPr>
          <w:p>
            <w:pPr>
              <w:bidi w:val="1"/>
              <w:jc w:val="right"/>
            </w:pPr>
            <w:r/>
            <w:r>
              <w:rPr>
                <w:rFonts w:ascii="Assistant" w:hAnsi="Assistant" w:cs="Assistant"/>
                <w:b w:val="0"/>
                <w:sz w:val="21"/>
                <w:rtl w:val="1"/>
                <w:szCs w:val="21"/>
              </w:rPr>
              <w:t>4. קצב גידול של כ-2% בשנה הוא איטי מאוד ואינו משנה את גודל האוכלוסייה.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קצב כזה מכפיל את האוכלוסייה בתוך כשלושים וחמש שנים.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הציגו שרשרת של סיבה ותוצאה: מהכנסת חיסונים ומים נקיים ועד התפוצצות אוכלוסין.</w:t>
            </w:r>
          </w:p>
        </w:tc>
        <w:tc>
          <w:tcPr>
            <w:tcW w:type="dxa" w:w="5669"/>
          </w:tcPr>
          <w:p>
            <w:pPr>
              <w:bidi w:val="1"/>
              <w:jc w:val="right"/>
            </w:pPr>
            <w:r/>
            <w:r>
              <w:rPr>
                <w:rFonts w:ascii="Assistant" w:hAnsi="Assistant" w:cs="Assistant"/>
                <w:b w:val="0"/>
                <w:sz w:val="21"/>
                <w:rtl w:val="1"/>
                <w:szCs w:val="21"/>
              </w:rPr>
              <w:t>חיסונים ומים נקיים ← פחות מחלות ← ירידה בתמותת תינוקות ובתמותה הכללית ← הילודה נשארת גבוהה כי המנהגים משתנים לאט ← פער גדול בין ילודה לתמותה ← גידול מהיר מאוד.</w:t>
            </w:r>
          </w:p>
        </w:tc>
      </w:tr>
      <w:tr>
        <w:tc>
          <w:tcPr>
            <w:tcW w:type="dxa" w:w="3969"/>
          </w:tcPr>
          <w:p>
            <w:pPr>
              <w:bidi w:val="1"/>
              <w:jc w:val="right"/>
            </w:pPr>
            <w:r/>
            <w:r>
              <w:rPr>
                <w:rFonts w:ascii="Assistant" w:hAnsi="Assistant" w:cs="Assistant"/>
                <w:b w:val="0"/>
                <w:sz w:val="21"/>
                <w:rtl w:val="1"/>
                <w:szCs w:val="21"/>
              </w:rPr>
              <w:t>2. האם ירידה באוכלוסייה היא בעיה או הזדמנות? כתבו טיעון מנומק עם שני צדדים.</w:t>
            </w:r>
          </w:p>
        </w:tc>
        <w:tc>
          <w:tcPr>
            <w:tcW w:type="dxa" w:w="5669"/>
          </w:tcPr>
          <w:p>
            <w:pPr>
              <w:bidi w:val="1"/>
              <w:jc w:val="right"/>
            </w:pPr>
            <w:r/>
            <w:r>
              <w:rPr>
                <w:rFonts w:ascii="Assistant" w:hAnsi="Assistant" w:cs="Assistant"/>
                <w:b w:val="0"/>
                <w:sz w:val="21"/>
                <w:rtl w:val="1"/>
                <w:szCs w:val="21"/>
              </w:rPr>
              <w:t>מצד אחד, פחות עובדים ויותר קשישים מכבידים על הכלכלה ועל הבריאות. מצד שני, פחות צפיפות ולחץ על משאבים. לדעתי זו בעיה שאפשר לנהל בעזרת הגירה, עבודה עד גיל מאוחר וטכנולוגיה.</w:t>
            </w:r>
          </w:p>
        </w:tc>
      </w:tr>
      <w:tr>
        <w:tc>
          <w:tcPr>
            <w:tcW w:type="dxa" w:w="3969"/>
          </w:tcPr>
          <w:p>
            <w:pPr>
              <w:bidi w:val="1"/>
              <w:jc w:val="right"/>
            </w:pPr>
            <w:r/>
            <w:r>
              <w:rPr>
                <w:rFonts w:ascii="Assistant" w:hAnsi="Assistant" w:cs="Assistant"/>
                <w:b w:val="0"/>
                <w:sz w:val="21"/>
                <w:rtl w:val="1"/>
                <w:szCs w:val="21"/>
              </w:rPr>
              <w:t>3. השוו בין ניז׳ר ליפן בשלושה מדדים: ממוצע ילדים לאישה, תוחלת חיים ומגמת האוכלוסייה. מה מסביר את ההבדלים?</w:t>
            </w:r>
          </w:p>
        </w:tc>
        <w:tc>
          <w:tcPr>
            <w:tcW w:type="dxa" w:w="5669"/>
          </w:tcPr>
          <w:p>
            <w:pPr>
              <w:bidi w:val="1"/>
              <w:jc w:val="right"/>
            </w:pPr>
            <w:r/>
            <w:r>
              <w:rPr>
                <w:rFonts w:ascii="Assistant" w:hAnsi="Assistant" w:cs="Assistant"/>
                <w:b w:val="0"/>
                <w:sz w:val="21"/>
                <w:rtl w:val="1"/>
                <w:szCs w:val="21"/>
              </w:rPr>
              <w:t>ניז׳ר: כ-6 ילדים, תוחלת חיים נמוכה יחסית, אוכלוסייה שגדלה מהר. יפן: פחות מ-1.5, תוחלת חיים גבוהה מאוד, אוכלוסייה קטנה. ההסבר: רמת פיתוח, השכלה, עלות גידול ילדים ושירותי בריאות.</w:t>
            </w:r>
          </w:p>
        </w:tc>
      </w:tr>
      <w:tr>
        <w:tc>
          <w:tcPr>
            <w:tcW w:type="dxa" w:w="3969"/>
          </w:tcPr>
          <w:p>
            <w:pPr>
              <w:bidi w:val="1"/>
              <w:jc w:val="right"/>
            </w:pPr>
            <w:r/>
            <w:r>
              <w:rPr>
                <w:rFonts w:ascii="Assistant" w:hAnsi="Assistant" w:cs="Assistant"/>
                <w:b w:val="0"/>
                <w:sz w:val="21"/>
                <w:rtl w:val="1"/>
                <w:szCs w:val="21"/>
              </w:rPr>
              <w:t>🏆 אתגר: בנו טבלה של חמש מדינות מיבשות שונות עם שיעור ילודה, שיעור תמותה וריבוי טבעי (חפשו נתונים עדכניים). שרטטו גרף עמודות, דרגו את המדינות, וכתבו מסקנה על הקשר בין רמת הפיתוח לריבוי הטבעי.</w:t>
            </w:r>
          </w:p>
        </w:tc>
        <w:tc>
          <w:tcPr>
            <w:tcW w:type="dxa" w:w="5669"/>
          </w:tcPr>
          <w:p>
            <w:pPr>
              <w:bidi w:val="1"/>
              <w:jc w:val="right"/>
            </w:pPr>
            <w:r/>
            <w:r>
              <w:rPr>
                <w:rFonts w:ascii="Assistant" w:hAnsi="Assistant" w:cs="Assistant"/>
                <w:b w:val="0"/>
                <w:sz w:val="21"/>
                <w:rtl w:val="1"/>
                <w:szCs w:val="21"/>
              </w:rPr>
              <w:t>דוגמה למסקנה: במדינות מפותחות הריבוי הטבעי קרוב לאפס או שלילי, ובמדינות פחות מפותחות הוא גבוה. ישראל חריגה: מדינה מפותחת עם ילודה גבוהה יחסית.</w:t>
            </w:r>
          </w:p>
        </w:tc>
      </w:tr>
    </w:tbl>
    <w:p/>
    <w:p>
      <w:pPr>
        <w:bidi w:val="1"/>
        <w:spacing w:after="80"/>
        <w:jc w:val="right"/>
      </w:pPr>
      <w:r>
        <w:rPr>
          <w:rFonts w:ascii="Assistant" w:hAnsi="Assistant" w:cs="Assistant"/>
          <w:b w:val="0"/>
          <w:sz w:val="20"/>
          <w:rtl w:val="1"/>
          <w:szCs w:val="20"/>
        </w:rPr>
        <w:t>כרטיס יציאה: חשבו ריבוי טבעי: ילודה 20, תמותה 7. · מדוע הילודה יורדת לאט מהתמותה? · תנו דוגמה למדינה שאוכלוסייתה קטנה, והסבירו למה. — מצופה תשובה קצרה שמשתמשת במושג אחד לפחות.</w:t>
      </w:r>
    </w:p>
    <w:p>
      <w:pPr>
        <w:pStyle w:val="Heading1"/>
        <w:bidi w:val="1"/>
        <w:spacing w:before="200"/>
        <w:jc w:val="right"/>
        <w:shd w:val="clear" w:color="auto" w:fill="6a5be2"/>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אוכלוסיית העולם הגיעה לשני מיליארד בערך ב-1927 ועברה 8 מיליארד ב-2022</w:t>
      </w:r>
    </w:p>
    <w:p>
      <w:pPr>
        <w:bidi w:val="1"/>
        <w:spacing w:after="80"/>
        <w:jc w:val="right"/>
        <w:shd w:val="clear" w:color="auto" w:fill="FFF1F3"/>
      </w:pPr>
      <w:r>
        <w:rPr>
          <w:rFonts w:ascii="Assistant" w:hAnsi="Assistant" w:cs="Assistant"/>
          <w:b w:val="0"/>
          <w:sz w:val="23"/>
          <w:rtl w:val="1"/>
          <w:szCs w:val="23"/>
        </w:rPr>
        <w:t>• תוחלת החיים בעולם עלתה מכ-51 שנים ב-1960 לכ-73 שנים היום</w:t>
      </w:r>
    </w:p>
    <w:p>
      <w:pPr>
        <w:bidi w:val="1"/>
        <w:spacing w:after="80"/>
        <w:jc w:val="right"/>
        <w:shd w:val="clear" w:color="auto" w:fill="FFF1F3"/>
      </w:pPr>
      <w:r>
        <w:rPr>
          <w:rFonts w:ascii="Assistant" w:hAnsi="Assistant" w:cs="Assistant"/>
          <w:b w:val="0"/>
          <w:sz w:val="23"/>
          <w:rtl w:val="1"/>
          <w:szCs w:val="23"/>
        </w:rPr>
        <w:t>• הודו עקפה את סין כמדינה המאוכלסת ביותר</w:t>
      </w:r>
    </w:p>
    <w:p>
      <w:pPr>
        <w:bidi w:val="1"/>
        <w:spacing w:after="80"/>
        <w:jc w:val="right"/>
        <w:shd w:val="clear" w:color="auto" w:fill="FFF1F3"/>
      </w:pPr>
      <w:r>
        <w:rPr>
          <w:rFonts w:ascii="Assistant" w:hAnsi="Assistant" w:cs="Assistant"/>
          <w:b w:val="0"/>
          <w:sz w:val="23"/>
          <w:rtl w:val="1"/>
          <w:szCs w:val="23"/>
        </w:rPr>
        <w:t>• בכל שנייה נולדים בעולם כ-4 תינוקות</w:t>
      </w:r>
    </w:p>
    <w:p>
      <w:pPr>
        <w:bidi w:val="1"/>
        <w:spacing w:after="80"/>
        <w:jc w:val="right"/>
        <w:shd w:val="clear" w:color="auto" w:fill="FFF1F3"/>
      </w:pPr>
      <w:r>
        <w:rPr>
          <w:rFonts w:ascii="Assistant" w:hAnsi="Assistant" w:cs="Assistant"/>
          <w:b w:val="0"/>
          <w:sz w:val="23"/>
          <w:rtl w:val="1"/>
          <w:szCs w:val="23"/>
        </w:rPr>
        <w:t>• המעבר מ-7 ל-8 מיליארד לקח כ-11 שנים</w:t>
      </w:r>
    </w:p>
    <w:p>
      <w:pPr>
        <w:bidi w:val="1"/>
        <w:spacing w:after="80"/>
        <w:jc w:val="right"/>
        <w:shd w:val="clear" w:color="auto" w:fill="FFF1F3"/>
      </w:pPr>
      <w:r>
        <w:rPr>
          <w:rFonts w:ascii="Assistant" w:hAnsi="Assistant" w:cs="Assistant"/>
          <w:b w:val="0"/>
          <w:sz w:val="23"/>
          <w:rtl w:val="1"/>
          <w:szCs w:val="23"/>
        </w:rPr>
        <w:t>• ביפן נמכרים יותר חיתולים למבוגרים מאשר לתינוקות</w:t>
      </w:r>
    </w:p>
    <w:p>
      <w:pPr>
        <w:bidi w:val="1"/>
        <w:spacing w:after="80"/>
        <w:jc w:val="right"/>
        <w:shd w:val="clear" w:color="auto" w:fill="FFF1F3"/>
      </w:pPr>
      <w:r>
        <w:rPr>
          <w:rFonts w:ascii="Assistant" w:hAnsi="Assistant" w:cs="Assistant"/>
          <w:b w:val="0"/>
          <w:sz w:val="23"/>
          <w:rtl w:val="1"/>
          <w:szCs w:val="23"/>
        </w:rPr>
        <w:t>• עד סוף המאה כשליש מתושבי העולם יגורו באפריקה (תחזית)</w:t>
      </w:r>
    </w:p>
    <w:p>
      <w:pPr>
        <w:bidi w:val="1"/>
        <w:spacing w:after="80"/>
        <w:jc w:val="right"/>
        <w:shd w:val="clear" w:color="auto" w:fill="FFF1F3"/>
      </w:pPr>
      <w:r>
        <w:rPr>
          <w:rFonts w:ascii="Assistant" w:hAnsi="Assistant" w:cs="Assistant"/>
          <w:b w:val="0"/>
          <w:sz w:val="23"/>
          <w:rtl w:val="1"/>
          <w:szCs w:val="23"/>
        </w:rPr>
        <w:t>• ממוצע ילדים לאישה של כ-2.1 שומר על גודל האוכלוסייה</w:t>
      </w:r>
    </w:p>
    <w:p>
      <w:pPr>
        <w:bidi w:val="1"/>
        <w:spacing w:after="80"/>
        <w:jc w:val="right"/>
        <w:shd w:val="clear" w:color="auto" w:fill="FFF1F3"/>
      </w:pPr>
      <w:r>
        <w:rPr>
          <w:rFonts w:ascii="Assistant" w:hAnsi="Assistant" w:cs="Assistant"/>
          <w:b w:val="0"/>
          <w:sz w:val="23"/>
          <w:rtl w:val="1"/>
          <w:szCs w:val="23"/>
        </w:rPr>
        <w:t>• בניז׳ר ממוצע של כ-6 ילדים לאישה; ביפן פחות מ-1.5</w:t>
      </w:r>
    </w:p>
    <w:p>
      <w:pPr>
        <w:bidi w:val="1"/>
        <w:spacing w:after="80"/>
        <w:jc w:val="right"/>
        <w:shd w:val="clear" w:color="auto" w:fill="FFF1F3"/>
      </w:pPr>
      <w:r>
        <w:rPr>
          <w:rFonts w:ascii="Assistant" w:hAnsi="Assistant" w:cs="Assistant"/>
          <w:b w:val="0"/>
          <w:sz w:val="23"/>
          <w:rtl w:val="1"/>
          <w:szCs w:val="23"/>
        </w:rPr>
        <w:t>• בישראל ממוצע של כ-3 ילדים לאישה – הגבוה בין המדינות המפותחות</w:t>
      </w:r>
    </w:p>
    <w:p>
      <w:pPr>
        <w:bidi w:val="1"/>
        <w:spacing w:after="80"/>
        <w:jc w:val="right"/>
        <w:shd w:val="clear" w:color="auto" w:fill="FFF1F3"/>
      </w:pPr>
      <w:r>
        <w:rPr>
          <w:rFonts w:ascii="Assistant" w:hAnsi="Assistant" w:cs="Assistant"/>
          <w:b w:val="0"/>
          <w:sz w:val="23"/>
          <w:rtl w:val="1"/>
          <w:szCs w:val="23"/>
        </w:rPr>
        <w:t>• בדרום קוריאה הממוצע ירד אל מתחת לילד אחד לאישה</w:t>
      </w:r>
    </w:p>
    <w:p>
      <w:pPr>
        <w:bidi w:val="1"/>
        <w:spacing w:after="80"/>
        <w:jc w:val="right"/>
        <w:shd w:val="clear" w:color="auto" w:fill="FFF1F3"/>
      </w:pPr>
      <w:r>
        <w:rPr>
          <w:rFonts w:ascii="Assistant" w:hAnsi="Assistant" w:cs="Assistant"/>
          <w:b w:val="0"/>
          <w:sz w:val="23"/>
          <w:rtl w:val="1"/>
          <w:szCs w:val="23"/>
        </w:rPr>
        <w:t>• בשנת 1800 חיו בעולם כמיליארד בני אדם</w:t>
      </w:r>
    </w:p>
    <w:p>
      <w:pPr>
        <w:bidi w:val="1"/>
        <w:spacing w:after="80"/>
        <w:jc w:val="right"/>
        <w:shd w:val="clear" w:color="auto" w:fill="FFF1F3"/>
      </w:pPr>
      <w:r>
        <w:rPr>
          <w:rFonts w:ascii="Assistant" w:hAnsi="Assistant" w:cs="Assistant"/>
          <w:b w:val="0"/>
          <w:sz w:val="23"/>
          <w:rtl w:val="1"/>
          <w:szCs w:val="23"/>
        </w:rPr>
        <w:t>• שיא אוכלוסיית העולם צפוי בסביבות 10 מיליארד (תחזית)</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גידול אוכלוסיית העולם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