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גידול אוכלוסיית העולם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מ-2 מיליארד ל-8 מיליארד בפחות ממאה שנה – איך זה קרה?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שיעור ילודה</w:t>
            </w:r>
          </w:p>
        </w:tc>
        <w:tc>
          <w:tcPr>
            <w:tcW w:type="dxa" w:w="5102"/>
          </w:tcPr>
          <w:p>
            <w:pPr>
              <w:bidi w:val="1"/>
              <w:jc w:val="right"/>
            </w:pPr>
            <w:r/>
            <w:r>
              <w:rPr>
                <w:rFonts w:ascii="Assistant" w:hAnsi="Assistant" w:cs="Assistant"/>
                <w:b w:val="0"/>
                <w:sz w:val="21"/>
                <w:rtl w:val="1"/>
                <w:szCs w:val="21"/>
              </w:rPr>
              <w:t>מספר התינוקות שנולדים בשנה על כל 1,000 תושבים.</w:t>
            </w:r>
          </w:p>
        </w:tc>
        <w:tc>
          <w:tcPr>
            <w:tcW w:type="dxa" w:w="2835"/>
          </w:tcPr>
          <w:p>
            <w:pPr>
              <w:bidi w:val="1"/>
              <w:jc w:val="right"/>
            </w:pPr>
            <w:r/>
            <w:r>
              <w:rPr>
                <w:rFonts w:ascii="Assistant" w:hAnsi="Assistant" w:cs="Assistant"/>
                <w:b w:val="0"/>
                <w:sz w:val="21"/>
                <w:rtl w:val="1"/>
                <w:szCs w:val="21"/>
              </w:rPr>
              <w:t>25 לידות לכל 1,000 תושבים בשנה.</w:t>
            </w:r>
          </w:p>
        </w:tc>
      </w:tr>
      <w:tr>
        <w:tc>
          <w:tcPr>
            <w:tcW w:type="dxa" w:w="1984"/>
          </w:tcPr>
          <w:p>
            <w:pPr>
              <w:bidi w:val="1"/>
              <w:jc w:val="right"/>
            </w:pPr>
            <w:r/>
            <w:r>
              <w:rPr>
                <w:rFonts w:ascii="Assistant" w:hAnsi="Assistant" w:cs="Assistant"/>
                <w:b w:val="0"/>
                <w:sz w:val="21"/>
                <w:rtl w:val="1"/>
                <w:szCs w:val="21"/>
              </w:rPr>
              <w:t>שיעור תמותה</w:t>
            </w:r>
          </w:p>
        </w:tc>
        <w:tc>
          <w:tcPr>
            <w:tcW w:type="dxa" w:w="5102"/>
          </w:tcPr>
          <w:p>
            <w:pPr>
              <w:bidi w:val="1"/>
              <w:jc w:val="right"/>
            </w:pPr>
            <w:r/>
            <w:r>
              <w:rPr>
                <w:rFonts w:ascii="Assistant" w:hAnsi="Assistant" w:cs="Assistant"/>
                <w:b w:val="0"/>
                <w:sz w:val="21"/>
                <w:rtl w:val="1"/>
                <w:szCs w:val="21"/>
              </w:rPr>
              <w:t>מספר האנשים שנפטרים בשנה על כל 1,000 תושבים.</w:t>
            </w:r>
          </w:p>
        </w:tc>
        <w:tc>
          <w:tcPr>
            <w:tcW w:type="dxa" w:w="2835"/>
          </w:tcPr>
          <w:p>
            <w:pPr>
              <w:bidi w:val="1"/>
              <w:jc w:val="right"/>
            </w:pPr>
            <w:r/>
            <w:r>
              <w:rPr>
                <w:rFonts w:ascii="Assistant" w:hAnsi="Assistant" w:cs="Assistant"/>
                <w:b w:val="0"/>
                <w:sz w:val="21"/>
                <w:rtl w:val="1"/>
                <w:szCs w:val="21"/>
              </w:rPr>
              <w:t>10 פטירות לכל 1,000 תושבים בשנה.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ההפרש בין שיעור הילודה לשיעור התמותה, שמראה בכמה גדלה האוכלוסייה בלי הגירה.</w:t>
            </w:r>
          </w:p>
        </w:tc>
        <w:tc>
          <w:tcPr>
            <w:tcW w:type="dxa" w:w="2835"/>
          </w:tcPr>
          <w:p>
            <w:pPr>
              <w:bidi w:val="1"/>
              <w:jc w:val="right"/>
            </w:pPr>
            <w:r/>
            <w:r>
              <w:rPr>
                <w:rFonts w:ascii="Assistant" w:hAnsi="Assistant" w:cs="Assistant"/>
                <w:b w:val="0"/>
                <w:sz w:val="21"/>
                <w:rtl w:val="1"/>
                <w:szCs w:val="21"/>
              </w:rPr>
              <w:t>25 פחות 10 = 15 לכל 1,000.</w:t>
            </w:r>
          </w:p>
        </w:tc>
      </w:tr>
      <w:tr>
        <w:tc>
          <w:tcPr>
            <w:tcW w:type="dxa" w:w="1984"/>
          </w:tcPr>
          <w:p>
            <w:pPr>
              <w:bidi w:val="1"/>
              <w:jc w:val="right"/>
            </w:pPr>
            <w:r/>
            <w:r>
              <w:rPr>
                <w:rFonts w:ascii="Assistant" w:hAnsi="Assistant" w:cs="Assistant"/>
                <w:b w:val="0"/>
                <w:sz w:val="21"/>
                <w:rtl w:val="1"/>
                <w:szCs w:val="21"/>
              </w:rPr>
              <w:t>תוחלת חיים</w:t>
            </w:r>
          </w:p>
        </w:tc>
        <w:tc>
          <w:tcPr>
            <w:tcW w:type="dxa" w:w="5102"/>
          </w:tcPr>
          <w:p>
            <w:pPr>
              <w:bidi w:val="1"/>
              <w:jc w:val="right"/>
            </w:pPr>
            <w:r/>
            <w:r>
              <w:rPr>
                <w:rFonts w:ascii="Assistant" w:hAnsi="Assistant" w:cs="Assistant"/>
                <w:b w:val="0"/>
                <w:sz w:val="21"/>
                <w:rtl w:val="1"/>
                <w:szCs w:val="21"/>
              </w:rPr>
              <w:t>מספר השנים הממוצע שאדם צפוי לחיות מיום היוולדו.</w:t>
            </w:r>
          </w:p>
        </w:tc>
        <w:tc>
          <w:tcPr>
            <w:tcW w:type="dxa" w:w="2835"/>
          </w:tcPr>
          <w:p>
            <w:pPr>
              <w:bidi w:val="1"/>
              <w:jc w:val="right"/>
            </w:pPr>
            <w:r/>
            <w:r>
              <w:rPr>
                <w:rFonts w:ascii="Assistant" w:hAnsi="Assistant" w:cs="Assistant"/>
                <w:b w:val="0"/>
                <w:sz w:val="21"/>
                <w:rtl w:val="1"/>
                <w:szCs w:val="21"/>
              </w:rPr>
              <w:t>בעולם היום בערך 73 שנים.</w:t>
            </w:r>
          </w:p>
        </w:tc>
      </w:tr>
      <w:tr>
        <w:tc>
          <w:tcPr>
            <w:tcW w:type="dxa" w:w="1984"/>
          </w:tcPr>
          <w:p>
            <w:pPr>
              <w:bidi w:val="1"/>
              <w:jc w:val="right"/>
            </w:pPr>
            <w:r/>
            <w:r>
              <w:rPr>
                <w:rFonts w:ascii="Assistant" w:hAnsi="Assistant" w:cs="Assistant"/>
                <w:b w:val="0"/>
                <w:sz w:val="21"/>
                <w:rtl w:val="1"/>
                <w:szCs w:val="21"/>
              </w:rPr>
              <w:t>התפוצצות אוכלוסין</w:t>
            </w:r>
          </w:p>
        </w:tc>
        <w:tc>
          <w:tcPr>
            <w:tcW w:type="dxa" w:w="5102"/>
          </w:tcPr>
          <w:p>
            <w:pPr>
              <w:bidi w:val="1"/>
              <w:jc w:val="right"/>
            </w:pPr>
            <w:r/>
            <w:r>
              <w:rPr>
                <w:rFonts w:ascii="Assistant" w:hAnsi="Assistant" w:cs="Assistant"/>
                <w:b w:val="0"/>
                <w:sz w:val="21"/>
                <w:rtl w:val="1"/>
                <w:szCs w:val="21"/>
              </w:rPr>
              <w:t>גידול מהיר מאוד של האוכלוסייה, שנוצר כשהתמותה יורדת והילודה נשארת גבוהה.</w:t>
            </w:r>
          </w:p>
        </w:tc>
        <w:tc>
          <w:tcPr>
            <w:tcW w:type="dxa" w:w="2835"/>
          </w:tcPr>
          <w:p>
            <w:pPr>
              <w:bidi w:val="1"/>
              <w:jc w:val="right"/>
            </w:pPr>
            <w:r/>
            <w:r>
              <w:rPr>
                <w:rFonts w:ascii="Assistant" w:hAnsi="Assistant" w:cs="Assistant"/>
                <w:b w:val="0"/>
                <w:sz w:val="21"/>
                <w:rtl w:val="1"/>
                <w:szCs w:val="21"/>
              </w:rPr>
              <w:t>מדינות שבהן מספר התושבים מכפיל את עצמו מהר.</w:t>
            </w:r>
          </w:p>
        </w:tc>
      </w:tr>
      <w:tr>
        <w:tc>
          <w:tcPr>
            <w:tcW w:type="dxa" w:w="1984"/>
          </w:tcPr>
          <w:p>
            <w:pPr>
              <w:bidi w:val="1"/>
              <w:jc w:val="right"/>
            </w:pPr>
            <w:r/>
            <w:r>
              <w:rPr>
                <w:rFonts w:ascii="Assistant" w:hAnsi="Assistant" w:cs="Assistant"/>
                <w:b w:val="0"/>
                <w:sz w:val="21"/>
                <w:rtl w:val="1"/>
                <w:szCs w:val="21"/>
              </w:rPr>
              <w:t>תכנון ילודה</w:t>
            </w:r>
          </w:p>
        </w:tc>
        <w:tc>
          <w:tcPr>
            <w:tcW w:type="dxa" w:w="5102"/>
          </w:tcPr>
          <w:p>
            <w:pPr>
              <w:bidi w:val="1"/>
              <w:jc w:val="right"/>
            </w:pPr>
            <w:r/>
            <w:r>
              <w:rPr>
                <w:rFonts w:ascii="Assistant" w:hAnsi="Assistant" w:cs="Assistant"/>
                <w:b w:val="0"/>
                <w:sz w:val="21"/>
                <w:rtl w:val="1"/>
                <w:szCs w:val="21"/>
              </w:rPr>
              <w:t>החלטה של משפחה מתי להביא ילדים ובכמה ילדים לגדל.</w:t>
            </w:r>
          </w:p>
        </w:tc>
        <w:tc>
          <w:tcPr>
            <w:tcW w:type="dxa" w:w="2835"/>
          </w:tcPr>
          <w:p>
            <w:pPr>
              <w:bidi w:val="1"/>
              <w:jc w:val="right"/>
            </w:pPr>
            <w:r/>
            <w:r>
              <w:rPr>
                <w:rFonts w:ascii="Assistant" w:hAnsi="Assistant" w:cs="Assistant"/>
                <w:b w:val="0"/>
                <w:sz w:val="21"/>
                <w:rtl w:val="1"/>
                <w:szCs w:val="21"/>
              </w:rPr>
              <w:t>זוג שמחליט לחכות עם ילד עד סוף הלימודים.</w:t>
            </w:r>
          </w:p>
        </w:tc>
      </w:tr>
      <w:tr>
        <w:tc>
          <w:tcPr>
            <w:tcW w:type="dxa" w:w="1984"/>
          </w:tcPr>
          <w:p>
            <w:pPr>
              <w:bidi w:val="1"/>
              <w:jc w:val="right"/>
            </w:pPr>
            <w:r/>
            <w:r>
              <w:rPr>
                <w:rFonts w:ascii="Assistant" w:hAnsi="Assistant" w:cs="Assistant"/>
                <w:b w:val="0"/>
                <w:sz w:val="21"/>
                <w:rtl w:val="1"/>
                <w:szCs w:val="21"/>
              </w:rPr>
              <w:t>גידול אוכלוסייה</w:t>
            </w:r>
          </w:p>
        </w:tc>
        <w:tc>
          <w:tcPr>
            <w:tcW w:type="dxa" w:w="5102"/>
          </w:tcPr>
          <w:p>
            <w:pPr>
              <w:bidi w:val="1"/>
              <w:jc w:val="right"/>
            </w:pPr>
            <w:r/>
            <w:r>
              <w:rPr>
                <w:rFonts w:ascii="Assistant" w:hAnsi="Assistant" w:cs="Assistant"/>
                <w:b w:val="0"/>
                <w:sz w:val="21"/>
                <w:rtl w:val="1"/>
                <w:szCs w:val="21"/>
              </w:rPr>
              <w:t>השינוי במספר התושבים: הריבוי הטבעי יחד עם מאזן ההגירה.</w:t>
            </w:r>
          </w:p>
        </w:tc>
        <w:tc>
          <w:tcPr>
            <w:tcW w:type="dxa" w:w="2835"/>
          </w:tcPr>
          <w:p>
            <w:pPr>
              <w:bidi w:val="1"/>
              <w:jc w:val="right"/>
            </w:pPr>
            <w:r/>
            <w:r>
              <w:rPr>
                <w:rFonts w:ascii="Assistant" w:hAnsi="Assistant" w:cs="Assistant"/>
                <w:b w:val="0"/>
                <w:sz w:val="21"/>
                <w:rtl w:val="1"/>
                <w:szCs w:val="21"/>
              </w:rPr>
              <w:t>נולדו, נפטרו, הגיעו ועזבו – והתוצאה היא הגידול.</w:t>
            </w:r>
          </w:p>
        </w:tc>
      </w:tr>
      <w:tr>
        <w:tc>
          <w:tcPr>
            <w:tcW w:type="dxa" w:w="1984"/>
          </w:tcPr>
          <w:p>
            <w:pPr>
              <w:bidi w:val="1"/>
              <w:jc w:val="right"/>
            </w:pPr>
            <w:r/>
            <w:r>
              <w:rPr>
                <w:rFonts w:ascii="Assistant" w:hAnsi="Assistant" w:cs="Assistant"/>
                <w:b w:val="0"/>
                <w:sz w:val="21"/>
                <w:rtl w:val="1"/>
                <w:szCs w:val="21"/>
              </w:rPr>
              <w:t>שירותי בריאות</w:t>
            </w:r>
          </w:p>
        </w:tc>
        <w:tc>
          <w:tcPr>
            <w:tcW w:type="dxa" w:w="5102"/>
          </w:tcPr>
          <w:p>
            <w:pPr>
              <w:bidi w:val="1"/>
              <w:jc w:val="right"/>
            </w:pPr>
            <w:r/>
            <w:r>
              <w:rPr>
                <w:rFonts w:ascii="Assistant" w:hAnsi="Assistant" w:cs="Assistant"/>
                <w:b w:val="0"/>
                <w:sz w:val="21"/>
                <w:rtl w:val="1"/>
                <w:szCs w:val="21"/>
              </w:rPr>
              <w:t>מערכת של רופאים, בתי חולים, חיסונים ותרופות ששומרת על בריאות האוכלוסייה ומורידה את התמותה.</w:t>
            </w:r>
          </w:p>
        </w:tc>
        <w:tc>
          <w:tcPr>
            <w:tcW w:type="dxa" w:w="2835"/>
          </w:tcPr>
          <w:p>
            <w:pPr>
              <w:bidi w:val="1"/>
              <w:jc w:val="right"/>
            </w:pPr>
            <w:r/>
            <w:r>
              <w:rPr>
                <w:rFonts w:ascii="Assistant" w:hAnsi="Assistant" w:cs="Assistant"/>
                <w:b w:val="0"/>
                <w:sz w:val="21"/>
                <w:rtl w:val="1"/>
                <w:szCs w:val="21"/>
              </w:rPr>
              <w:t>חיסון לכל תינוק במרפאה.</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מ-2 מיליארד ל-8 מיליארד</w:t>
      </w:r>
    </w:p>
    <w:p>
      <w:pPr>
        <w:bidi w:val="1"/>
        <w:spacing w:after="120"/>
        <w:jc w:val="right"/>
      </w:pPr>
      <w:r>
        <w:rPr>
          <w:rFonts w:ascii="Assistant" w:hAnsi="Assistant" w:cs="Assistant"/>
          <w:b w:val="0"/>
          <w:sz w:val="23"/>
          <w:rtl w:val="1"/>
          <w:szCs w:val="23"/>
        </w:rPr>
        <w:t>במשך אלפי שנים אוכלוסיית העולם גדלה לאט מאוד. אנשים רבים מתו צעירים ממחלות, מרעב ומתנאי חיים קשים, ולכן גם כשנולדו ילדים רבים האוכלוסייה כמעט לא גדלה. בשנת 1927 בערך הגיעה אוכלוסיית העולם לשני מיליארד, ובשנת 2022 עברה את שמונת המיליארדים – פי ארבעה בפחות ממאה שנה.</w:t>
      </w:r>
    </w:p>
    <w:p>
      <w:pPr>
        <w:bidi w:val="1"/>
        <w:spacing w:after="120"/>
        <w:jc w:val="right"/>
      </w:pPr>
      <w:r>
        <w:rPr>
          <w:rFonts w:ascii="Assistant" w:hAnsi="Assistant" w:cs="Assistant"/>
          <w:b w:val="0"/>
          <w:sz w:val="23"/>
          <w:rtl w:val="1"/>
          <w:szCs w:val="23"/>
        </w:rPr>
        <w:t>שיעור ילודה הוא מספר התינוקות שנולדים בשנה על כל 1,000 תושבים, ושיעור תמותה הוא מספר הנפטרים בשנה על כל 1,000 תושבים. ההפרש ביניהם הוא הריבוי הטבעי. למשל, 25 לידות ו-10 פטירות לכל 1,000 תושבים נותנים ריבוי טבעי של 15 לכל 1,000. תוחלת חיים היא מספר השנים הממוצע שאדם צפוי לחיות.</w:t>
      </w:r>
    </w:p>
    <w:p>
      <w:pPr>
        <w:bidi w:val="1"/>
        <w:spacing w:after="120"/>
        <w:jc w:val="right"/>
      </w:pPr>
      <w:r>
        <w:rPr>
          <w:rFonts w:ascii="Assistant" w:hAnsi="Assistant" w:cs="Assistant"/>
          <w:b w:val="0"/>
          <w:sz w:val="23"/>
          <w:rtl w:val="1"/>
          <w:szCs w:val="23"/>
        </w:rPr>
        <w:t>הגידול המהיר נבע בעיקר מירידה בתמותה. חיסונים, תרופות, מים נקיים, ביוב, בתי חולים ותזונה טובה הצילו מיליוני חיים, ותוחלת החיים בעולם עלתה מכ-51 שנים בשנת 1960 לכ-73 שנים היום. הילודה ירדה לאט יותר, ובפער הזה האוכלוסייה גדלה מהר. במדינות פחות מפותחות התמותה ירדה והילודה נשארה גבוהה – וזו התפוצצות אוכלוסין.</w:t>
      </w:r>
    </w:p>
    <w:p>
      <w:pPr>
        <w:bidi w:val="1"/>
        <w:spacing w:after="120"/>
        <w:jc w:val="right"/>
      </w:pPr>
      <w:r>
        <w:rPr>
          <w:rFonts w:ascii="Assistant" w:hAnsi="Assistant" w:cs="Assistant"/>
          <w:b w:val="0"/>
          <w:sz w:val="23"/>
          <w:rtl w:val="1"/>
          <w:szCs w:val="23"/>
        </w:rPr>
        <w:t>במדינות מפותחות ילדים לומדים שנים רבות, גידול ילד יקר, נשים רבות לומדות ועובדות, ומשפחות נוקטות תכנון ילודה. לכן הילודה נמוכה, ובחלק מהמדינות נפטרים יותר אנשים משנולדים, והאוכלוסייה מתחילה לקטון. העולם מתחלק כך למדינות שאוכלוסייתן גדלה מהר ולמדינות שכמעט אינה גדלה.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שיעור ילודה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מספר התינוקות שנולדים בשנה על כל 1,000 תושבים.</w:t>
            </w:r>
          </w:p>
        </w:tc>
      </w:tr>
      <w:tr>
        <w:tc>
          <w:tcPr>
            <w:tcW w:type="dxa" w:w="2268"/>
          </w:tcPr>
          <w:p>
            <w:pPr>
              <w:bidi w:val="1"/>
              <w:jc w:val="right"/>
            </w:pPr>
            <w:r/>
            <w:r>
              <w:rPr>
                <w:rFonts w:ascii="Assistant" w:hAnsi="Assistant" w:cs="Assistant"/>
                <w:b w:val="0"/>
                <w:sz w:val="21"/>
                <w:rtl w:val="1"/>
                <w:szCs w:val="21"/>
              </w:rPr>
              <w:t>2. שיעור תמותה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החלטה של משפחה מתי להביא ילדים ובכמה ילדים לגדל.</w:t>
            </w:r>
          </w:p>
        </w:tc>
      </w:tr>
      <w:tr>
        <w:tc>
          <w:tcPr>
            <w:tcW w:type="dxa" w:w="2268"/>
          </w:tcPr>
          <w:p>
            <w:pPr>
              <w:bidi w:val="1"/>
              <w:jc w:val="right"/>
            </w:pPr>
            <w:r/>
            <w:r>
              <w:rPr>
                <w:rFonts w:ascii="Assistant" w:hAnsi="Assistant" w:cs="Assistant"/>
                <w:b w:val="0"/>
                <w:sz w:val="21"/>
                <w:rtl w:val="1"/>
                <w:szCs w:val="21"/>
              </w:rPr>
              <w:t>3. ריבוי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מספר השנים הממוצע שאדם צפוי לחיות מיום היוולדו.</w:t>
            </w:r>
          </w:p>
        </w:tc>
      </w:tr>
      <w:tr>
        <w:tc>
          <w:tcPr>
            <w:tcW w:type="dxa" w:w="2268"/>
          </w:tcPr>
          <w:p>
            <w:pPr>
              <w:bidi w:val="1"/>
              <w:jc w:val="right"/>
            </w:pPr>
            <w:r/>
            <w:r>
              <w:rPr>
                <w:rFonts w:ascii="Assistant" w:hAnsi="Assistant" w:cs="Assistant"/>
                <w:b w:val="0"/>
                <w:sz w:val="21"/>
                <w:rtl w:val="1"/>
                <w:szCs w:val="21"/>
              </w:rPr>
              <w:t>4. תוחלת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גידול מהיר מאוד של האוכלוסייה, שנוצר כשהתמותה יורדת והילודה נשארת גבוהה.</w:t>
            </w:r>
          </w:p>
        </w:tc>
      </w:tr>
      <w:tr>
        <w:tc>
          <w:tcPr>
            <w:tcW w:type="dxa" w:w="2268"/>
          </w:tcPr>
          <w:p>
            <w:pPr>
              <w:bidi w:val="1"/>
              <w:jc w:val="right"/>
            </w:pPr>
            <w:r/>
            <w:r>
              <w:rPr>
                <w:rFonts w:ascii="Assistant" w:hAnsi="Assistant" w:cs="Assistant"/>
                <w:b w:val="0"/>
                <w:sz w:val="21"/>
                <w:rtl w:val="1"/>
                <w:szCs w:val="21"/>
              </w:rPr>
              <w:t>5. התפוצצות אוכלוסין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ההפרש בין שיעור הילודה לשיעור התמותה, שמראה בכמה גדלה האוכלוסייה בלי הגירה.</w:t>
            </w:r>
          </w:p>
        </w:tc>
      </w:tr>
      <w:tr>
        <w:tc>
          <w:tcPr>
            <w:tcW w:type="dxa" w:w="2268"/>
          </w:tcPr>
          <w:p>
            <w:pPr>
              <w:bidi w:val="1"/>
              <w:jc w:val="right"/>
            </w:pPr>
            <w:r/>
            <w:r>
              <w:rPr>
                <w:rFonts w:ascii="Assistant" w:hAnsi="Assistant" w:cs="Assistant"/>
                <w:b w:val="0"/>
                <w:sz w:val="21"/>
                <w:rtl w:val="1"/>
                <w:szCs w:val="21"/>
              </w:rPr>
              <w:t>6. תכנון ילודה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מספר האנשים שנפטרים בשנה על כל 1,000 תושבים.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גידול אוכלוסייה   ·   תכנון ילודה   ·   התפוצצות אוכלוסין   ·   שירותי בריאות</w:t>
      </w:r>
    </w:p>
    <w:p>
      <w:pPr>
        <w:bidi w:val="1"/>
        <w:spacing w:after="80"/>
        <w:jc w:val="right"/>
      </w:pPr>
      <w:r>
        <w:rPr>
          <w:rFonts w:ascii="Assistant" w:hAnsi="Assistant" w:cs="Assistant"/>
          <w:b w:val="0"/>
          <w:sz w:val="23"/>
          <w:rtl w:val="1"/>
          <w:szCs w:val="23"/>
        </w:rPr>
        <w:t>1. חיסון לכל תינוק במרפאה. – זו דוגמה ל־______________</w:t>
      </w:r>
    </w:p>
    <w:p>
      <w:pPr>
        <w:bidi w:val="1"/>
        <w:spacing w:after="80"/>
        <w:jc w:val="right"/>
      </w:pPr>
      <w:r>
        <w:rPr>
          <w:rFonts w:ascii="Assistant" w:hAnsi="Assistant" w:cs="Assistant"/>
          <w:b w:val="0"/>
          <w:sz w:val="23"/>
          <w:rtl w:val="1"/>
          <w:szCs w:val="23"/>
        </w:rPr>
        <w:t>2. נולדו, נפטרו, הגיעו ועזבו – והתוצאה היא הגידול. – זו דוגמה ל־______________</w:t>
      </w:r>
    </w:p>
    <w:p>
      <w:pPr>
        <w:bidi w:val="1"/>
        <w:spacing w:after="80"/>
        <w:jc w:val="right"/>
      </w:pPr>
      <w:r>
        <w:rPr>
          <w:rFonts w:ascii="Assistant" w:hAnsi="Assistant" w:cs="Assistant"/>
          <w:b w:val="0"/>
          <w:sz w:val="23"/>
          <w:rtl w:val="1"/>
          <w:szCs w:val="23"/>
        </w:rPr>
        <w:t>3. זוג שמחליט לחכות עם ילד עד סוף הלימודים. – זו דוגמה ל־______________</w:t>
      </w:r>
    </w:p>
    <w:p>
      <w:pPr>
        <w:bidi w:val="1"/>
        <w:spacing w:after="80"/>
        <w:jc w:val="right"/>
      </w:pPr>
      <w:r>
        <w:rPr>
          <w:rFonts w:ascii="Assistant" w:hAnsi="Assistant" w:cs="Assistant"/>
          <w:b w:val="0"/>
          <w:sz w:val="23"/>
          <w:rtl w:val="1"/>
          <w:szCs w:val="23"/>
        </w:rPr>
        <w:t>4. מדינות שבהן מספר התושבים מכפיל את עצמו מהר.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במדינה נולדים 32 תינוקות ונפטרים 12 אנשים לכל 1,000 תושבים בשנה. מהו הריבוי הטבעי?</w:t>
      </w:r>
    </w:p>
    <w:p>
      <w:pPr>
        <w:bidi w:val="1"/>
        <w:spacing w:after="20"/>
        <w:jc w:val="right"/>
      </w:pPr>
      <w:r>
        <w:rPr>
          <w:rFonts w:ascii="Assistant" w:hAnsi="Assistant" w:cs="Assistant"/>
          <w:b w:val="0"/>
          <w:sz w:val="23"/>
          <w:rtl w:val="1"/>
          <w:szCs w:val="23"/>
        </w:rPr>
        <w:t xml:space="preserve">     ◯ א. 44 לכל 1,000</w:t>
      </w:r>
    </w:p>
    <w:p>
      <w:pPr>
        <w:bidi w:val="1"/>
        <w:spacing w:after="20"/>
        <w:jc w:val="right"/>
      </w:pPr>
      <w:r>
        <w:rPr>
          <w:rFonts w:ascii="Assistant" w:hAnsi="Assistant" w:cs="Assistant"/>
          <w:b w:val="0"/>
          <w:sz w:val="23"/>
          <w:rtl w:val="1"/>
          <w:szCs w:val="23"/>
        </w:rPr>
        <w:t xml:space="preserve">     ◯ ב. 12 לכל 1,000</w:t>
      </w:r>
    </w:p>
    <w:p>
      <w:pPr>
        <w:bidi w:val="1"/>
        <w:spacing w:after="20"/>
        <w:jc w:val="right"/>
      </w:pPr>
      <w:r>
        <w:rPr>
          <w:rFonts w:ascii="Assistant" w:hAnsi="Assistant" w:cs="Assistant"/>
          <w:b w:val="0"/>
          <w:sz w:val="23"/>
          <w:rtl w:val="1"/>
          <w:szCs w:val="23"/>
        </w:rPr>
        <w:t xml:space="preserve">     ◯ ג. 20 לכל 1,000</w:t>
      </w:r>
    </w:p>
    <w:p>
      <w:pPr>
        <w:bidi w:val="1"/>
        <w:spacing w:after="20"/>
        <w:jc w:val="right"/>
      </w:pPr>
      <w:r>
        <w:rPr>
          <w:rFonts w:ascii="Assistant" w:hAnsi="Assistant" w:cs="Assistant"/>
          <w:b w:val="0"/>
          <w:sz w:val="23"/>
          <w:rtl w:val="1"/>
          <w:szCs w:val="23"/>
        </w:rPr>
        <w:t xml:space="preserve">     ◯ ד. 32 לכל 1,000</w:t>
      </w:r>
    </w:p>
    <w:p>
      <w:pPr>
        <w:bidi w:val="1"/>
        <w:spacing w:after="20"/>
        <w:jc w:val="right"/>
      </w:pPr>
      <w:r>
        <w:rPr>
          <w:rFonts w:ascii="Assistant" w:hAnsi="Assistant" w:cs="Assistant"/>
          <w:b/>
          <w:sz w:val="23"/>
          <w:rtl w:val="1"/>
          <w:bCs/>
          <w:szCs w:val="23"/>
        </w:rPr>
        <w:t>2. מה היה הגורם העיקרי לגידול המהיר של אוכלוסיית העולם?</w:t>
      </w:r>
    </w:p>
    <w:p>
      <w:pPr>
        <w:bidi w:val="1"/>
        <w:spacing w:after="20"/>
        <w:jc w:val="right"/>
      </w:pPr>
      <w:r>
        <w:rPr>
          <w:rFonts w:ascii="Assistant" w:hAnsi="Assistant" w:cs="Assistant"/>
          <w:b w:val="0"/>
          <w:sz w:val="23"/>
          <w:rtl w:val="1"/>
          <w:szCs w:val="23"/>
        </w:rPr>
        <w:t xml:space="preserve">     ◯ א. ירידה בתמותה</w:t>
      </w:r>
    </w:p>
    <w:p>
      <w:pPr>
        <w:bidi w:val="1"/>
        <w:spacing w:after="20"/>
        <w:jc w:val="right"/>
      </w:pPr>
      <w:r>
        <w:rPr>
          <w:rFonts w:ascii="Assistant" w:hAnsi="Assistant" w:cs="Assistant"/>
          <w:b w:val="0"/>
          <w:sz w:val="23"/>
          <w:rtl w:val="1"/>
          <w:szCs w:val="23"/>
        </w:rPr>
        <w:t xml:space="preserve">     ◯ ב. עלייה חדה בילודה</w:t>
      </w:r>
    </w:p>
    <w:p>
      <w:pPr>
        <w:bidi w:val="1"/>
        <w:spacing w:after="20"/>
        <w:jc w:val="right"/>
      </w:pPr>
      <w:r>
        <w:rPr>
          <w:rFonts w:ascii="Assistant" w:hAnsi="Assistant" w:cs="Assistant"/>
          <w:b w:val="0"/>
          <w:sz w:val="23"/>
          <w:rtl w:val="1"/>
          <w:szCs w:val="23"/>
        </w:rPr>
        <w:t xml:space="preserve">     ◯ ג. הגירה בין יבשות</w:t>
      </w:r>
    </w:p>
    <w:p>
      <w:pPr>
        <w:bidi w:val="1"/>
        <w:spacing w:after="20"/>
        <w:jc w:val="right"/>
      </w:pPr>
      <w:r>
        <w:rPr>
          <w:rFonts w:ascii="Assistant" w:hAnsi="Assistant" w:cs="Assistant"/>
          <w:b w:val="0"/>
          <w:sz w:val="23"/>
          <w:rtl w:val="1"/>
          <w:szCs w:val="23"/>
        </w:rPr>
        <w:t xml:space="preserve">     ◯ ד. מלחמות</w:t>
      </w:r>
    </w:p>
    <w:p>
      <w:pPr>
        <w:bidi w:val="1"/>
        <w:spacing w:after="20"/>
        <w:jc w:val="right"/>
      </w:pPr>
      <w:r>
        <w:rPr>
          <w:rFonts w:ascii="Assistant" w:hAnsi="Assistant" w:cs="Assistant"/>
          <w:b/>
          <w:sz w:val="23"/>
          <w:rtl w:val="1"/>
          <w:bCs/>
          <w:szCs w:val="23"/>
        </w:rPr>
        <w:t>3. מהי התפוצצות אוכלוסין?</w:t>
      </w:r>
    </w:p>
    <w:p>
      <w:pPr>
        <w:bidi w:val="1"/>
        <w:spacing w:after="20"/>
        <w:jc w:val="right"/>
      </w:pPr>
      <w:r>
        <w:rPr>
          <w:rFonts w:ascii="Assistant" w:hAnsi="Assistant" w:cs="Assistant"/>
          <w:b w:val="0"/>
          <w:sz w:val="23"/>
          <w:rtl w:val="1"/>
          <w:szCs w:val="23"/>
        </w:rPr>
        <w:t xml:space="preserve">     ◯ א. ירידה חדה במספר התושבים</w:t>
      </w:r>
    </w:p>
    <w:p>
      <w:pPr>
        <w:bidi w:val="1"/>
        <w:spacing w:after="20"/>
        <w:jc w:val="right"/>
      </w:pPr>
      <w:r>
        <w:rPr>
          <w:rFonts w:ascii="Assistant" w:hAnsi="Assistant" w:cs="Assistant"/>
          <w:b w:val="0"/>
          <w:sz w:val="23"/>
          <w:rtl w:val="1"/>
          <w:szCs w:val="23"/>
        </w:rPr>
        <w:t xml:space="preserve">     ◯ ב. הגירה מהעיר לכפר</w:t>
      </w:r>
    </w:p>
    <w:p>
      <w:pPr>
        <w:bidi w:val="1"/>
        <w:spacing w:after="20"/>
        <w:jc w:val="right"/>
      </w:pPr>
      <w:r>
        <w:rPr>
          <w:rFonts w:ascii="Assistant" w:hAnsi="Assistant" w:cs="Assistant"/>
          <w:b w:val="0"/>
          <w:sz w:val="23"/>
          <w:rtl w:val="1"/>
          <w:szCs w:val="23"/>
        </w:rPr>
        <w:t xml:space="preserve">     ◯ ג. מעבר של אנשים לחו״ל</w:t>
      </w:r>
    </w:p>
    <w:p>
      <w:pPr>
        <w:bidi w:val="1"/>
        <w:spacing w:after="20"/>
        <w:jc w:val="right"/>
      </w:pPr>
      <w:r>
        <w:rPr>
          <w:rFonts w:ascii="Assistant" w:hAnsi="Assistant" w:cs="Assistant"/>
          <w:b w:val="0"/>
          <w:sz w:val="23"/>
          <w:rtl w:val="1"/>
          <w:szCs w:val="23"/>
        </w:rPr>
        <w:t xml:space="preserve">     ◯ ד. גידול מהיר כשהתמותה יורדת והילודה נשארת גבוהה</w:t>
      </w:r>
    </w:p>
    <w:p>
      <w:pPr>
        <w:bidi w:val="1"/>
        <w:spacing w:after="20"/>
        <w:jc w:val="right"/>
      </w:pPr>
      <w:r>
        <w:rPr>
          <w:rFonts w:ascii="Assistant" w:hAnsi="Assistant" w:cs="Assistant"/>
          <w:b/>
          <w:sz w:val="23"/>
          <w:rtl w:val="1"/>
          <w:bCs/>
          <w:szCs w:val="23"/>
        </w:rPr>
        <w:t>4. מדוע הילודה נמוכה במדינות מפותחות?</w:t>
      </w:r>
    </w:p>
    <w:p>
      <w:pPr>
        <w:bidi w:val="1"/>
        <w:spacing w:after="20"/>
        <w:jc w:val="right"/>
      </w:pPr>
      <w:r>
        <w:rPr>
          <w:rFonts w:ascii="Assistant" w:hAnsi="Assistant" w:cs="Assistant"/>
          <w:b w:val="0"/>
          <w:sz w:val="23"/>
          <w:rtl w:val="1"/>
          <w:szCs w:val="23"/>
        </w:rPr>
        <w:t xml:space="preserve">     ◯ א. כי אין בהן בתי חולים</w:t>
      </w:r>
    </w:p>
    <w:p>
      <w:pPr>
        <w:bidi w:val="1"/>
        <w:spacing w:after="20"/>
        <w:jc w:val="right"/>
      </w:pPr>
      <w:r>
        <w:rPr>
          <w:rFonts w:ascii="Assistant" w:hAnsi="Assistant" w:cs="Assistant"/>
          <w:b w:val="0"/>
          <w:sz w:val="23"/>
          <w:rtl w:val="1"/>
          <w:szCs w:val="23"/>
        </w:rPr>
        <w:t xml:space="preserve">     ◯ ב. כי גידול ילד יקר, נשים רבות עובדות ויש תכנון ילודה</w:t>
      </w:r>
    </w:p>
    <w:p>
      <w:pPr>
        <w:bidi w:val="1"/>
        <w:spacing w:after="20"/>
        <w:jc w:val="right"/>
      </w:pPr>
      <w:r>
        <w:rPr>
          <w:rFonts w:ascii="Assistant" w:hAnsi="Assistant" w:cs="Assistant"/>
          <w:b w:val="0"/>
          <w:sz w:val="23"/>
          <w:rtl w:val="1"/>
          <w:szCs w:val="23"/>
        </w:rPr>
        <w:t xml:space="preserve">     ◯ ג. כי התמותה בהן גבוהה</w:t>
      </w:r>
    </w:p>
    <w:p>
      <w:pPr>
        <w:bidi w:val="1"/>
        <w:spacing w:after="20"/>
        <w:jc w:val="right"/>
      </w:pPr>
      <w:r>
        <w:rPr>
          <w:rFonts w:ascii="Assistant" w:hAnsi="Assistant" w:cs="Assistant"/>
          <w:b w:val="0"/>
          <w:sz w:val="23"/>
          <w:rtl w:val="1"/>
          <w:szCs w:val="23"/>
        </w:rPr>
        <w:t xml:space="preserve">     ◯ ד. כי אסור בהן ללדת</w:t>
      </w:r>
    </w:p>
    <w:p>
      <w:pPr>
        <w:bidi w:val="1"/>
        <w:spacing w:after="20"/>
        <w:jc w:val="right"/>
      </w:pPr>
      <w:r>
        <w:rPr>
          <w:rFonts w:ascii="Assistant" w:hAnsi="Assistant" w:cs="Assistant"/>
          <w:b/>
          <w:sz w:val="23"/>
          <w:rtl w:val="1"/>
          <w:bCs/>
          <w:szCs w:val="23"/>
        </w:rPr>
        <w:t>5. מה קרה לתוחלת החיים בעולם מאז 1960?</w:t>
      </w:r>
    </w:p>
    <w:p>
      <w:pPr>
        <w:bidi w:val="1"/>
        <w:spacing w:after="20"/>
        <w:jc w:val="right"/>
      </w:pPr>
      <w:r>
        <w:rPr>
          <w:rFonts w:ascii="Assistant" w:hAnsi="Assistant" w:cs="Assistant"/>
          <w:b w:val="0"/>
          <w:sz w:val="23"/>
          <w:rtl w:val="1"/>
          <w:szCs w:val="23"/>
        </w:rPr>
        <w:t xml:space="preserve">     ◯ א. ירדה בחדות</w:t>
      </w:r>
    </w:p>
    <w:p>
      <w:pPr>
        <w:bidi w:val="1"/>
        <w:spacing w:after="20"/>
        <w:jc w:val="right"/>
      </w:pPr>
      <w:r>
        <w:rPr>
          <w:rFonts w:ascii="Assistant" w:hAnsi="Assistant" w:cs="Assistant"/>
          <w:b w:val="0"/>
          <w:sz w:val="23"/>
          <w:rtl w:val="1"/>
          <w:szCs w:val="23"/>
        </w:rPr>
        <w:t xml:space="preserve">     ◯ ב. לא השתנתה</w:t>
      </w:r>
    </w:p>
    <w:p>
      <w:pPr>
        <w:bidi w:val="1"/>
        <w:spacing w:after="20"/>
        <w:jc w:val="right"/>
      </w:pPr>
      <w:r>
        <w:rPr>
          <w:rFonts w:ascii="Assistant" w:hAnsi="Assistant" w:cs="Assistant"/>
          <w:b w:val="0"/>
          <w:sz w:val="23"/>
          <w:rtl w:val="1"/>
          <w:szCs w:val="23"/>
        </w:rPr>
        <w:t xml:space="preserve">     ◯ ג. עלתה מכ-51 לכ-73 שנים</w:t>
      </w:r>
    </w:p>
    <w:p>
      <w:pPr>
        <w:bidi w:val="1"/>
        <w:spacing w:after="20"/>
        <w:jc w:val="right"/>
      </w:pPr>
      <w:r>
        <w:rPr>
          <w:rFonts w:ascii="Assistant" w:hAnsi="Assistant" w:cs="Assistant"/>
          <w:b w:val="0"/>
          <w:sz w:val="23"/>
          <w:rtl w:val="1"/>
          <w:szCs w:val="23"/>
        </w:rPr>
        <w:t xml:space="preserve">     ◯ ד. עלתה לכ-120 שנים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במשך אלפי שנים אוכלוסיית העולם גדלה מהר מאוד.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במדינות מסוימות נפטרים בשנה יותר אנשים משנולדים.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הילודה בעולם ירדה מהר יותר מהתמותה.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ביוב ומים נקיים הם חלק מהסיבות לירידה בתמותה.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מדוע האוכלוסייה גדלה מהר דווקא כשהתמותה יורדת, גם אם הילודה לא עולה.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השוו בין גידול האוכלוסייה במדינה מפותחת לגידול במדינה פחות מפותחת. ציינו סיבה אחת לכל אחת.</w:t>
      </w:r>
    </w:p>
    <w:p>
      <w:pPr>
        <w:bidi w:val="1"/>
        <w:spacing w:after="20"/>
        <w:jc w:val="right"/>
      </w:pPr>
      <w:r>
        <w:rPr>
          <w:rFonts w:ascii="Assistant" w:hAnsi="Assistant" w:cs="Assistant"/>
          <w:b w:val="0"/>
          <w:color w:val="666666"/>
          <w:sz w:val="21"/>
          <w:rtl w:val="1"/>
          <w:szCs w:val="21"/>
        </w:rPr>
        <w:t>✏️ התחילו כך: במדינה מפותחת... כי... במדינה פחות מפותחת...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חשבו: במדינה הילודה 18 לכל 1,000 והתמותה 9 לכל 1,000. מהו הריבוי הטבעי? האם המדינה גדלה מהר או לאט?</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גידול אוכלוסיית העולם     שם: __________</w:t>
      </w:r>
    </w:p>
    <w:p>
      <w:pPr>
        <w:bidi w:val="1"/>
        <w:spacing w:after="20"/>
        <w:jc w:val="right"/>
      </w:pPr>
      <w:r>
        <w:rPr>
          <w:rFonts w:ascii="Assistant" w:hAnsi="Assistant" w:cs="Assistant"/>
          <w:b w:val="0"/>
          <w:sz w:val="23"/>
          <w:rtl w:val="1"/>
          <w:szCs w:val="23"/>
        </w:rPr>
        <w:t>1. כתבו את נוסחת הריבוי הטבעי.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 הגורם העיקרי לגידול המהיר במאה האחרונה?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מהי תוחלת חיים?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גידול אוכלוסיית העולם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