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6a5be2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4: אוכלוסייה במרחב משתנה · חוברת קטנה</w:t>
      </w:r>
    </w:p>
    <w:p>
      <w:pPr>
        <w:pStyle w:val="Title"/>
        <w:bidi w:val="1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גידול אוכלוסיית העולם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ople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8"/>
          <w:rtl w:val="1"/>
          <w:bCs/>
          <w:szCs w:val="28"/>
        </w:rPr>
        <w:t>מ-2 מיליארד ל-8 מיליארד בפחות ממאה שנה – איך זה קרה?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שיעור ילודה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כמה תינוקות נולדים על כל אלף אנשים.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25 לידות לכל 1,000 תושבים בשנה.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שיעור תמותה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כמה אנשים מתים על כל אלף אנשים.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10 פטירות לכל 1,000 תושבים בשנה.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ריבוי טבעי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לידות פחות פטירות.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25 פחות 10 = 15 לכל 1,000.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תוחלת חיים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כמה שנים בממוצע אנשים חיים.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בעולם היום בערך 73 שנים.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התפוצצות אוכלוסין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האוכלוסייה גדלה מהר מאוד.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מדינות שבהן מספר התושבים מכפיל את עצמו מהר.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תכנון ילודה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משפחה מחליטה כמה ילדים יהיו לה.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זוג שמחליט לחכות עם ילד עד סוף הלימודים.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גידול אוכלוסייה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כמה אנשים נוספו למדינה.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נולדו, נפטרו, הגיעו ועזבו – והתוצאה היא הגידול.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שירותי בריאות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רופאים, תרופות וחיסונים.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חיסון לכל תינוק במרפאה.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6"/>
          <w:rtl w:val="1"/>
          <w:bCs/>
          <w:szCs w:val="26"/>
        </w:rPr>
        <w:t>העולם גדל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פעם בעולם היו מעט אנשים. הרבה אנשים חלו ומתו צעירים. לפני כמאה שנה היו בעולם שני מיליארד אנשים. היום יש יותר משמונה מיליארד!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כל שנה נולדים תינוקות. כל שנה גם נפטרים אנשים. אם נולדים יותר ממה שנפטרים, האוכלוסייה גדלה. לזה קוראים ריבוי טבעי.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למה העולם גדל מהר? יש חיסונים, תרופות ומים נקיים. אנשים חיים יותר שנים. במדינות עשירות נולדים מעט ילדים. במדינות עניות נולדים עדיין הרבה ילדים.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שיעור ילודה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כמה אנשים מתים על כל אלף אנשים.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שיעור תמותה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כמה תינוקות נולדים על כל אלף אנשים.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ריבוי טבעי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האוכלוסייה גדלה מהר מאוד.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תוחלת חיים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לידות פחות פטירות.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התפוצצות אוכלוסין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כמה שנים בממוצע אנשים חיים.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גידול אוכלוסייה   ·   תכנון ילודה   ·   שירותי בריאות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חיסון לכל תינוק במרפאה.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נולדו, נפטרו, הגיעו ועזבו – והתוצאה היא הגידול.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זוג שמחליט לחכות עם ילד עד סוף הלימודים.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כמה אנשים יש היום בעולם?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שני מיליארד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יותר משמונה מיליארד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מיליון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מאה מיליארד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מתי האוכלוסייה גדלה?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כשנולדים יותר ממה שנפטרים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כשנפטרים יותר ממה שנולדים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כשיורד גשם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כשיש פחות בתי ספר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 עזר לאנשים לחיות יותר שנים?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פחות מים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יותר עשן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חיסונים ותרופות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פחות רופאים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היכן נולדים היום הרבה ילדים?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רק במדינות עשירות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בשום מקום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רק בערים גדולות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בהרבה מדינות עניות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נולדו 30 תינוקות ונפטרו 10 אנשים. מה הריבוי הטבעי?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40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20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10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30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לפני מאה שנה היו בעולם יותר אנשים מהיום.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מים נקיים עוזרים לאנשים לחיות יותר שנים.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במדינות עשירות נולדים בדרך כלל הרבה מאוד ילדים בכל משפחה.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ריבוי טבעי הוא לידות פחות פטירות.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שאלו במשפחה: כמה אחים ואחיות היו לסבים שלכם? כמה יש לכם? מה השתנה?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לסבא או לסבתא היו... לי יש... השתנה...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כתבו דבר אחד שעוזר לתינוקות לגדול בריאים.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תינוקות גדלים בריאים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6"/>
          <w:rtl w:val="1"/>
          <w:bCs/>
          <w:szCs w:val="26"/>
        </w:rPr>
        <w:t>🎫 כרטיס יציאה – גידול אוכלוסיית העולם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מהו ריבוי טבעי?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כתבו סיבה אחת לכך שהעולם גדל מהר.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כמה אנשים יש היום בעולם?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גידול אוכלוסיית העולם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