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מקומות ריקים ומקומות צפופים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אזור דליל אוכלוסין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מדבר חם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אזור קוטבי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יער גשם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אזור הררי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מטיילים בהימלאיה ובאלסקה.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תיירות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נפט שהתגלה במדבר.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משאב טבע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רועים נוודים שנודדים עם העדר אחרי מים.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הסתגלות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למה מעט אנשים גרים במדבר?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חם מאוד ואין כמעט מים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בלי מים קשה לחיות ולגדל מזון.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מי גר באנטארקטיקה?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רק חוקרים לזמן קצר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אין באנטארקטיקה תושבי קבע, רק חוקרים.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קשה ביער גשם?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היער צפוף, חם ולח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הצמחייה הסבוכה, החום והלחות מקשים על החיים.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יכול לגרום לאנשים לבוא למקום ריק?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גילוי נפט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משאב יקר מביא עבודה, ואנשים באים בעקבותיו.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איפה יש הרבה אנשים?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ליד נהרות וחופים נוחים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מים, אדמה טובה ואקלים נוח מושכים אנשים.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בהרים הגבוהים קל לבנות כבישים.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קשה לבנות שם כבישים, כי המדרונות תלולים.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ביער גשם יש הרבה מים.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אבל היער צפוף ולח וקשה לגור בו.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מטיילים יכולים לשנות מקום ריק.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בונים בשבילם מלונות וכבישים.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בקוטב חם רוב השנה.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בקוטב קר מאוד רוב השנה.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בחרו אחד מהמקומות הריקים: מדבר, קוטב, יער גשם או הר. מה הכי קשה בו?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בחרתי בקוטב. הכי קשה שם כי קר מאוד, אי אפשר לגדל ירקות והלילה בחורף ארוך.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אילו הייתם מבקרים בהר גבוה, מה הייתם לוקחים איתכם? למה?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הייתי לוקחת מעיל חם ונעליים טובות, כי קר בהר והשבילים תלולים.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שני סוגים של מקומות ריקים. · מה יכול לשנות מקום ריק? · איפה גרים הרבה אנשים?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אזור דליל אוכלוסין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מדבר חם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אזור קוטבי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יער גשם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אזור הררי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הסתגלות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מטיילים בהימלאיה ובאלסקה.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תיירות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נפט שהתגלה במדבר.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משאב טבע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רועים נוודים שנודדים עם העדר אחרי מים.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הסתגלות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רכס הימלאיה באסיה.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הררי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משותף לכל האזורים הדלילים?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בכולם תנאי טבע קיצוניים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מדבר, קוטב, יער גשם והר – בכולם התנאים קיצוניים.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מדוע יער הגשם דליל אף שיש בו מים רבים?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הוא סבוך, חם ולח, יש מחלות והקרקע דלה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שפע מים לא מספיק כשהתנאים האחרים קשים.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כיצד שינה גילוי הנפט אזורים מדבריים?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נבנו ערים מודרניות והגיעו עובדים רבים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הכסף מהנפט מימן ערים, התפלה ומיזוג.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נבנה בעקבות התיירות באזורים הרריים?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מלונות, דרכים ושדות תעופה קטנים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התיירים צריכים לינה, דרכי גישה ותחבורה.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איך נוצרים אזורים צפופים?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משילוב של תנאי טבע נוחים ופעילות אנושית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הטבע מספק את הבסיס והאדם בונה עליו.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באנטארקטיקה יש ערים קטנות עם תושבי קבע.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באנטארקטיקה אין תושבי קבע, רק חוקרים לתקופות.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בהימלאיה האוויר דליל וקר.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בגובה רב יש פחות חמצן והטמפרטורה נמוכה.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תיירות יכולה להביא פיתוח לאזורים דלילים.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היא מביאה מקומות עבודה, דרכים ומלונות.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קבוצות שחיות באזורים קיצוניים הגיעו אליהם רק בשנים האחרונות.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רובן חיות שם דורות רבים והסתגלו לתנאים.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השוו בין מדבר חם לאזור קוטבי: מה הקושי המרכזי בכל אחד, ומה דומה ביניהם?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במדבר הקושי הוא חום ומחסור במים; בקוטב – קור וקרקע קפואה. בשניהם קשה לגדל מזון ולכן מעט אנשים גרים בהם.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כיצד גילוי משאב יקר יכול לשנות אזור ריק. השתמשו בדוגמת הנפט.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כשמתגלה נפט, מגיע כסף רב. בכסף בונים ערים, מתקני התפלה ונמלים, ועובדים מגיעים מכל העולם, ולכן האזור הופך מאוכלס.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האם האדם יכול לשנות את המרחב? כתבו עמדה ונמקו בדוגמה אחת.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לדעתי כן, אבל עד גבול מסוים. לדוגמה, ערים נבנו במדבר בעזרת התפלה ומיזוג, אבל זה יקר ותלוי בכסף ובאנרגיה.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את ארבעת סוגי האזורים הדלילים. · תנו דוגמה לשינוי באזור דליל. · מה יוצר אזור צפוף?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אזור דליל אוכלוסין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מדבר חם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אזור קוטבי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יער גשם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אזור הררי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הסתגלות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משאב טבע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תיירות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מטיילים בהימלאיה ובאלסקה.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תיירות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נפט שהתגלה במדבר.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משאב טבע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רועים נוודים שנודדים עם העדר אחרי מים.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הסתגלות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רכס הימלאיה באסיה.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הררי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מהו ״גורם מגביל״ לפי הקטע?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תנאי טבע שמקשה במיוחד על גידול מזון, בנייה ותנועה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הגורם המגביל הוא התנאי הקשה ביותר באזור.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מדוע הקרקע ביער הגשם דלה?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המינרלים נשטפים במהירות בגשם הרב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הגשם הרב שוטף את חומרי ההזנה מהקרקע.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הסכנה בפיתוח שנשען על משאב אחד?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כשהמשאב יתמעט הפיתוח עלול להיעצר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פיתוח שתלוי בנפט או בתיירות פגיע לשינויים.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איזו דרך הסתגלות מתאימה לאזור הררי?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חציבת טרסות במדרונות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טרסות הופכות מדרון תלול לשטח חקלאי.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מסביר את הצפיפות במישורי הנהרות של מזרח סין?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חקלאות פורייה מזה אלפי שנים, ועליה ערים ותעשייה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תנאי טבע נוחים ופעילות אנושית חיזקו זה את זה.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ביער הגשם הגורם המגביל הוא עודף ולא מחסור.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עודף גשם וצמחייה הוא שמקשה, לא מחסור במים.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ההסתגלות של קהילות מקומיות מאפשרת צפיפות גבוהה באזורים קיצוניים.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ההסתגלות מאפשרת חיים, אבל לא צפיפות גבוהה.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ערים במדבר שנבנו בכסף הנפט נשענות על התפלה ומיזוג אוויר.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בלי טכנולוגיות אלה קשה לחיות בהן.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בהרים הטמפרטורה עולה ככל שעולים בגובה.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הטמפרטורה יורדת ככל שעולים בגובה.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בנו שרשרת של סיבה ותוצאה: מגילוי נפט במדבר ועד עיר של מיליונים.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גילוי נפט ← הכנסות גדולות ← השקעה בהתפלה, מיזוג, נמלים ותשתיות ← צורך בעובדים ← הגירה של עובדים רבים ← עיר גדולה וצפופה במדבר.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האם האדם יכול לשנות את המרחב? כתבו טיעון בן שני צדדים והכריעו.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מצד אחד, ערים במדבר וכבישים בהרים מוכיחים שאפשר. מצד שני, השינוי יקר, צורך אנרגיה רבה ותלוי במשאב שעלול להיגמר. לסיכום, אפשר לשנות, אך הקיימות מוגבלת.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השפעת הנפט להשפעת התיירות על אזור דליל: במה הן דומות ובמה הן שונות?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דומות: שתיהן מביאות כסף, דרכים ובנייה. שונות: הנפט מביא ערים גדולות ועובדים רבים אך תלוי במשאב מתכלה; התיירות מביאה פיתוח קטן יותר ותלויה בשמירה על הנוף.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בחרו אזור דליל אחד בעולם (מדבר, קוטב, יער גשם או הר) וכתבו ״תיק מחקר״: מהו הגורם המגביל, איך הסתגלו אליו התושבים, ומה משנה אותו היום. סיימו בהמלצה: האם כדאי לפתח את האזור, ובאיזו דרך?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הימלאיה – גורם מגביל: גובה, קור ומדרונות. הסתגלות: טרסות, גידול יאקים. שינוי: תיירות טרקים. המלצה: תיירות מבוקרת שמשאירה הכנסה לכפרים ושומרת על השבילים.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מהו הגורם המגביל במדבר וביער הגשם? · תנו דוגמה להסתגלות. · מה הסיכון בפיתוח שנשען על משאב אחד?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הסהרה גדולה בערך כמו שטח ארצות הברית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גובה האוורסט יותר מ-8,800 מטר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ביערות הגשם חיים יותר ממחצית מסוגי בעלי החיים והצמחים ביבשה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יערות גשם טרופיים מכסים כ-6% משטח היבשה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הבניין הגבוה בעולם בדובאי – יותר מ-800 מטר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הטמפרטורה הנמוכה שנמדדה – כמעט מינוס 90 מעלות באנטארקטיקה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בפסגת האוורסט כשליש מהחמצן שבגובה פני הים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באטקמה תחנות שכמעט לא רשמו גשם שנים רבות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כמעט מחצית משטח היבשה מאוכלסת בדלילות רבה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הנהר של יער הגשם בדרום אמריקה מוביל יותר מים מכל נהר אחר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נפט התגלה במדינות המדבר של המזרח התיכון במאה ה-20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מקומות ריקים ומקומות צפופים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